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99542E" w:rsidR="00751F83" w:rsidP="69A6FC8F" w:rsidRDefault="00751F83" w14:paraId="672A6659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DB3E67" w:rsidP="69A6FC8F" w:rsidRDefault="00DB3E67" w14:paraId="0A37501D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</w:p>
    <w:p xmlns:wp14="http://schemas.microsoft.com/office/word/2010/wordml" w:rsidRPr="0099542E" w:rsidR="00DB3E67" w:rsidP="69A6FC8F" w:rsidRDefault="00DB3E67" w14:paraId="54D49534" wp14:textId="4DA52269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PR FSE+ EMILIA-ROMAGNA 2021-2027 - PRIORITÀ 3 - INCLUSIONE SOCIALE</w:t>
      </w:r>
      <w:r w:rsidRPr="69A6FC8F" w:rsidR="3436E062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 xml:space="preserve"> – </w:t>
      </w: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OB</w:t>
      </w:r>
      <w:r w:rsidRPr="69A6FC8F" w:rsidR="3436E062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.</w:t>
      </w: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 xml:space="preserve"> SPECIFICO 4.11</w:t>
      </w:r>
      <w:r>
        <w:br/>
      </w: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AGENDA TRASFORMATIVA URBANA PER LO SVILUPPO SOSTENIBILE - ATUSS</w:t>
      </w:r>
      <w:r>
        <w:br/>
      </w: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  <w:t xml:space="preserve">Operazione “Realizzazione della Casa del Quartiere San Leonardo” </w:t>
      </w:r>
    </w:p>
    <w:p xmlns:wp14="http://schemas.microsoft.com/office/word/2010/wordml" w:rsidRPr="0099542E" w:rsidR="00DB3E67" w:rsidP="69A6FC8F" w:rsidRDefault="00DB3E67" w14:paraId="74D5C359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</w:pPr>
      <w:r w:rsidRPr="69A6FC8F" w:rsidR="00DB3E6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CUP I99I23000770001</w:t>
      </w:r>
    </w:p>
    <w:p xmlns:wp14="http://schemas.microsoft.com/office/word/2010/wordml" w:rsidRPr="0099542E" w:rsidR="00DB3E67" w:rsidP="69A6FC8F" w:rsidRDefault="00DB3E67" w14:paraId="5DAB6C7B" wp14:textId="77777777">
      <w:pPr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</w:pPr>
    </w:p>
    <w:p xmlns:wp14="http://schemas.microsoft.com/office/word/2010/wordml" w:rsidRPr="0099542E" w:rsidR="00751F83" w:rsidP="23E5DB59" w:rsidRDefault="00600B01" w14:paraId="02DE0435" wp14:textId="2074151F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0"/>
          <w:szCs w:val="20"/>
          <w:lang w:val="it-IT"/>
        </w:rPr>
      </w:pP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MOD. C</w:t>
      </w:r>
      <w:r>
        <w:br/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PROPOSTA PROGETTUALE</w:t>
      </w:r>
      <w:r>
        <w:br/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La proposta deve essere redatta in modo sintetico e </w:t>
      </w:r>
      <w:r w:rsidRPr="23E5DB59" w:rsidR="00C14EE6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>completo</w:t>
      </w:r>
      <w:r w:rsidRPr="23E5DB59" w:rsidR="32C5F3FC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>,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 rispetta</w:t>
      </w:r>
      <w:r w:rsidRPr="23E5DB59" w:rsidR="321F6C82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>ndo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 il limite massimo</w:t>
      </w:r>
      <w:r w:rsidRPr="23E5DB59" w:rsidR="00DB3E67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 di </w:t>
      </w:r>
      <w:r w:rsidRPr="23E5DB59" w:rsidR="00C14EE6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>dieci</w:t>
      </w:r>
      <w:r w:rsidRPr="23E5DB59" w:rsidR="00DB3E67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 pagine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i w:val="1"/>
          <w:iCs w:val="1"/>
          <w:color w:val="auto"/>
          <w:sz w:val="20"/>
          <w:szCs w:val="20"/>
          <w:lang w:val="it-IT"/>
        </w:rPr>
        <w:t xml:space="preserve"> indicato dall’Avviso.</w:t>
      </w:r>
    </w:p>
    <w:p xmlns:wp14="http://schemas.microsoft.com/office/word/2010/wordml" w:rsidRPr="0099542E" w:rsidR="00751F83" w:rsidP="23E5DB59" w:rsidRDefault="00600B01" w14:paraId="1E5A1B64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i w:val="1"/>
          <w:iCs w:val="1"/>
          <w:color w:val="auto"/>
          <w:sz w:val="24"/>
          <w:szCs w:val="24"/>
          <w:lang w:val="it-IT"/>
        </w:rPr>
      </w:pP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i w:val="1"/>
          <w:iCs w:val="1"/>
          <w:color w:val="auto"/>
          <w:sz w:val="24"/>
          <w:szCs w:val="24"/>
          <w:lang w:val="it-IT"/>
        </w:rPr>
        <w:t>AVVISO PUBBLICO PER LA CONCESSIONE DI CONTRIBUTI A SOSTEGNO DI PROGETTI EDUCATIVI, SPORTIVI, CULTURALI, SOCIALI E DI WELFARE DI COMUNITÀ NEL QUARTIERE SAN LEONARDO</w:t>
      </w:r>
    </w:p>
    <w:p w:rsidR="23E5DB59" w:rsidP="23E5DB59" w:rsidRDefault="23E5DB59" w14:paraId="2AB25466" w14:textId="42A6B5C5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600B01" w14:paraId="06DB178A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1. IDENTIFICAZIONE DEL PROGETTO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747"/>
        <w:gridCol w:w="5953"/>
      </w:tblGrid>
      <w:tr xmlns:wp14="http://schemas.microsoft.com/office/word/2010/wordml" w:rsidRPr="0099542E" w:rsidR="00751F83" w:rsidTr="45977A0F" w14:paraId="1DE85914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2AEEF80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Titolo del progetto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751F83" w14:paraId="02EB378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1C99363A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033E269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Soggetto proponente / capofila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751F83" w14:paraId="6A05A80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03CFD6FD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4FB0FE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Macro-linea prevalente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2CC77DA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45977A0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[ ]</w:t>
            </w:r>
            <w:r w:rsidRPr="45977A0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 xml:space="preserve"> Linea 1   [ ] Linea 2   [ ] Linea 3   [ ] Linea 4</w:t>
            </w:r>
          </w:p>
        </w:tc>
      </w:tr>
      <w:tr xmlns:wp14="http://schemas.microsoft.com/office/word/2010/wordml" w:rsidRPr="0099542E" w:rsidR="00751F83" w:rsidTr="45977A0F" w14:paraId="28D7C2DC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596118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Ulteriori macro-linee interessate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751F83" w14:paraId="5A39BBE3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03CF3578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BB6F67E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Periodo di realizzazione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67245D58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dal</w:t>
            </w: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 xml:space="preserve"> ____ / ____ / 2026 al ____ / ____ / 2027</w:t>
            </w:r>
          </w:p>
        </w:tc>
      </w:tr>
      <w:tr xmlns:wp14="http://schemas.microsoft.com/office/word/2010/wordml" w:rsidRPr="0099542E" w:rsidR="00751F83" w:rsidTr="45977A0F" w14:paraId="68CF0EF0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0E5F682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Luoghi principali di svolgimento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751F83" w14:paraId="41C8F39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5D023103" wp14:textId="77777777">
        <w:trPr>
          <w:jc w:val="center"/>
        </w:trPr>
        <w:tc>
          <w:tcPr>
            <w:tcW w:w="374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5A9DFF94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Referente di progetto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751F83" w14:paraId="72A3D3EC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99542E" w:rsidR="00751F83" w:rsidP="69A6FC8F" w:rsidRDefault="00751F83" w14:paraId="0D0B940D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600B01" w14:paraId="298F441E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2. SINTESI DEL PROGETTO</w:t>
      </w:r>
    </w:p>
    <w:p xmlns:wp14="http://schemas.microsoft.com/office/word/2010/wordml" w:rsidRPr="00C14EE6" w:rsidR="00751F83" w:rsidP="23E5DB59" w:rsidRDefault="00600B01" w14:paraId="499DE590" wp14:textId="77777777">
      <w:pPr>
        <w:pStyle w:val="FormHint"/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</w:pP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Descrivere in modo sintetico il progetto, le principali attività, i destinatari e i risultati attesi.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40"/>
        <w:gridCol w:w="6860"/>
      </w:tblGrid>
      <w:tr xmlns:wp14="http://schemas.microsoft.com/office/word/2010/wordml" w:rsidRPr="0099542E" w:rsidR="00751F83" w:rsidTr="23E5DB59" w14:paraId="2BDC2086" wp14:textId="77777777">
        <w:trPr>
          <w:jc w:val="center"/>
        </w:trPr>
        <w:tc>
          <w:tcPr>
            <w:tcW w:w="2840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24D9F591" wp14:textId="3828B385">
            <w:pPr>
              <w:spacing w:after="0"/>
            </w:pP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 xml:space="preserve">Sintesi </w:t>
            </w:r>
          </w:p>
          <w:p w:rsidRPr="0099542E" w:rsidR="00751F83" w:rsidP="69A6FC8F" w:rsidRDefault="00600B01" w14:paraId="45814FB5" wp14:textId="10B8A028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(</w:t>
            </w: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max</w:t>
            </w: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 xml:space="preserve"> 2.000 caratteri)</w:t>
            </w:r>
          </w:p>
        </w:tc>
        <w:tc>
          <w:tcPr>
            <w:tcW w:w="686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88E8513" wp14:textId="6CCB3B31">
            <w:pPr>
              <w:spacing w:after="0"/>
            </w:pPr>
            <w:r>
              <w:br/>
            </w:r>
            <w:r>
              <w:br/>
            </w:r>
          </w:p>
          <w:p w:rsidRPr="0099542E" w:rsidR="00751F83" w:rsidP="69A6FC8F" w:rsidRDefault="00600B01" w14:paraId="7D744DC0" wp14:textId="05392464">
            <w:pPr>
              <w:spacing w:after="0"/>
            </w:pPr>
          </w:p>
          <w:p w:rsidRPr="0099542E" w:rsidR="00751F83" w:rsidP="69A6FC8F" w:rsidRDefault="00600B01" w14:paraId="0E27B00A" wp14:textId="4AA724FE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</w:tbl>
    <w:p xmlns:wp14="http://schemas.microsoft.com/office/word/2010/wordml" w:rsidRPr="0099542E" w:rsidR="00751F83" w:rsidP="69A6FC8F" w:rsidRDefault="00751F83" w14:paraId="60061E4C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600B01" w14:paraId="7CC743AE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3. COERENZA CON ATUSS</w:t>
      </w:r>
      <w:r w:rsidRPr="69A6FC8F" w:rsidR="005A2D98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E BISOGNI TERRITORIALI</w:t>
      </w:r>
    </w:p>
    <w:p xmlns:wp14="http://schemas.microsoft.com/office/word/2010/wordml" w:rsidRPr="00C14EE6" w:rsidR="00751F83" w:rsidP="69A6FC8F" w:rsidRDefault="0099542E" w14:paraId="62167FC3" wp14:textId="77777777">
      <w:pPr>
        <w:pStyle w:val="FormHint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23E5DB59" w:rsidR="0099542E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Descrivere i bisogni del Quartiere San Leonardo cui il progetto intende rispondere, il radicamento territoriale</w:t>
      </w:r>
      <w:r w:rsidRPr="23E5DB59" w:rsidR="007609A3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, l’eventuale integrazione di risorse (umane, strumentali e finanziarie) già presenti</w:t>
      </w:r>
      <w:r w:rsidRPr="23E5DB59" w:rsidR="0099542E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e la coerenza con le finalità dell’</w:t>
      </w:r>
      <w:r w:rsidRPr="23E5DB59" w:rsidR="007609A3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ATUSS</w:t>
      </w:r>
      <w:r w:rsidRPr="23E5DB59" w:rsidR="0099542E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40"/>
        <w:gridCol w:w="6860"/>
      </w:tblGrid>
      <w:tr xmlns:wp14="http://schemas.microsoft.com/office/word/2010/wordml" w:rsidRPr="0099542E" w:rsidR="00751F83" w:rsidTr="23E5DB59" w14:paraId="3BBED990" wp14:textId="77777777">
        <w:trPr>
          <w:jc w:val="center"/>
        </w:trPr>
        <w:tc>
          <w:tcPr>
            <w:tcW w:w="2840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66B66A9E" wp14:textId="1C2EA000">
            <w:pPr>
              <w:spacing w:after="0"/>
            </w:pP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Analisi dei bisogni e coerenza</w:t>
            </w:r>
          </w:p>
          <w:p w:rsidRPr="0099542E" w:rsidR="00751F83" w:rsidP="23E5DB59" w:rsidRDefault="00600B01" w14:paraId="656D5B21" wp14:textId="10B8A028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23E5DB59" w:rsidR="76821BB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(max 2.000 caratteri)</w:t>
            </w:r>
          </w:p>
          <w:p w:rsidRPr="0099542E" w:rsidR="00751F83" w:rsidP="23E5DB59" w:rsidRDefault="00600B01" w14:paraId="0913DCA7" wp14:textId="527EAA2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</w:pPr>
          </w:p>
        </w:tc>
        <w:tc>
          <w:tcPr>
            <w:tcW w:w="686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B833263" wp14:textId="3E76BA81">
            <w:pPr>
              <w:spacing w:after="0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:rsidRPr="0099542E" w:rsidR="00751F83" w:rsidP="69A6FC8F" w:rsidRDefault="00600B01" w14:paraId="44EAFD9C" wp14:textId="0054A60E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</w:p>
        </w:tc>
      </w:tr>
    </w:tbl>
    <w:p xmlns:wp14="http://schemas.microsoft.com/office/word/2010/wordml" w:rsidRPr="0099542E" w:rsidR="00751F83" w:rsidP="69A6FC8F" w:rsidRDefault="00751F83" w14:paraId="4B94D5A5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="00751F83" w:rsidP="69A6FC8F" w:rsidRDefault="00600B01" w14:paraId="0B8F7894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4. </w:t>
      </w:r>
      <w:r w:rsidRPr="69A6FC8F" w:rsidR="005A2D98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IMPATTO ATTESO E RISULTATI MISURABILI SUL QUARTIERE</w:t>
      </w:r>
    </w:p>
    <w:p xmlns:wp14="http://schemas.microsoft.com/office/word/2010/wordml" w:rsidRPr="00C14EE6" w:rsidR="005A2D98" w:rsidP="69A6FC8F" w:rsidRDefault="005A2D98" w14:paraId="23840B86" wp14:textId="77777777">
      <w:pPr>
        <w:pStyle w:val="FormHint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23E5DB59" w:rsidR="005A2D98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Descrivere in modo analitico per ogni obiettivo specifico del progetto il/gli corrispondente/i obiettivo/i atteso/i e l’impatto complessivo sulla comunità.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444"/>
        <w:gridCol w:w="3434"/>
        <w:gridCol w:w="2908"/>
      </w:tblGrid>
      <w:tr xmlns:wp14="http://schemas.microsoft.com/office/word/2010/wordml" w:rsidRPr="002F5945" w:rsidR="002F5945" w:rsidTr="69A6FC8F" w14:paraId="7139FC3F" wp14:textId="77777777">
        <w:trPr>
          <w:tblHeader/>
          <w:jc w:val="center"/>
        </w:trPr>
        <w:tc>
          <w:tcPr>
            <w:tcW w:w="3444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25DB29A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Obiettivo specifico</w:t>
            </w:r>
          </w:p>
        </w:tc>
        <w:tc>
          <w:tcPr>
            <w:tcW w:w="3434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0D92F13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Risultato atteso</w:t>
            </w:r>
          </w:p>
        </w:tc>
        <w:tc>
          <w:tcPr>
            <w:tcW w:w="2908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46B259A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Indicatore / evidenza di risultato</w:t>
            </w:r>
          </w:p>
        </w:tc>
      </w:tr>
      <w:tr xmlns:wp14="http://schemas.microsoft.com/office/word/2010/wordml" w:rsidRPr="0099542E" w:rsidR="00751F83" w:rsidTr="69A6FC8F" w14:paraId="3DEEC669" wp14:textId="77777777">
        <w:trPr>
          <w:jc w:val="center"/>
        </w:trPr>
        <w:tc>
          <w:tcPr>
            <w:tcW w:w="34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656B9A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4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5FB081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9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049F31C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53128261" wp14:textId="77777777">
        <w:trPr>
          <w:jc w:val="center"/>
        </w:trPr>
        <w:tc>
          <w:tcPr>
            <w:tcW w:w="34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2486C0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4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101652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9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B99056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1299C43A" wp14:textId="77777777">
        <w:trPr>
          <w:jc w:val="center"/>
        </w:trPr>
        <w:tc>
          <w:tcPr>
            <w:tcW w:w="34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DDBEF00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4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461D77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9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CF2D8B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0FB78278" wp14:textId="77777777">
        <w:trPr>
          <w:jc w:val="center"/>
        </w:trPr>
        <w:tc>
          <w:tcPr>
            <w:tcW w:w="34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FC3994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43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0562CB0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90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4CE0A4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="005A2D98" w:rsidP="69A6FC8F" w:rsidRDefault="005A2D98" w14:paraId="62EBF3C5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="00751F83" w:rsidP="69A6FC8F" w:rsidRDefault="00600B01" w14:paraId="7DC7A7C7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5. </w:t>
      </w:r>
      <w:r w:rsidRPr="69A6FC8F" w:rsidR="005A2D98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BENEFICIARI, ACCESSIBILITA’, INCLUSIONE E FRAGILITA’ INTERCETTATE</w:t>
      </w:r>
    </w:p>
    <w:p xmlns:wp14="http://schemas.microsoft.com/office/word/2010/wordml" w:rsidRPr="00C14EE6" w:rsidR="005A2D98" w:rsidP="23E5DB59" w:rsidRDefault="005A2D98" w14:paraId="18D8A206" wp14:textId="77777777">
      <w:pPr>
        <w:pStyle w:val="FormHint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</w:pPr>
      <w:r w:rsidRPr="23E5DB59" w:rsidR="005A2D98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Descrivere i beneficiari previsti e le loro caratteristiche, le modalità di coinvolgimento e</w:t>
      </w:r>
      <w:r w:rsidRPr="23E5DB59" w:rsidR="00E42684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le misure previste per </w:t>
      </w:r>
      <w:r w:rsidRPr="23E5DB59" w:rsidR="005A2D98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raggiungere persone e famiglie fragili</w:t>
      </w:r>
      <w:r w:rsidRPr="23E5DB59" w:rsidR="00E42684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e per favorire</w:t>
      </w:r>
      <w:r w:rsidRPr="23E5DB59" w:rsidR="005A2D98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l’accessibilità </w:t>
      </w:r>
      <w:r w:rsidRPr="23E5DB59" w:rsidR="00E42684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e l’inclusione</w:t>
      </w:r>
      <w:r w:rsidRPr="23E5DB59" w:rsidR="005A2D98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37"/>
        <w:gridCol w:w="6463"/>
      </w:tblGrid>
      <w:tr xmlns:wp14="http://schemas.microsoft.com/office/word/2010/wordml" w:rsidRPr="0099542E" w:rsidR="00751F83" w:rsidTr="69A6FC8F" w14:paraId="6B85CC67" wp14:textId="77777777">
        <w:trPr>
          <w:jc w:val="center"/>
        </w:trPr>
        <w:tc>
          <w:tcPr>
            <w:tcW w:w="323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1A0F4D3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Destinatari e caratteristiche</w:t>
            </w:r>
          </w:p>
        </w:tc>
        <w:tc>
          <w:tcPr>
            <w:tcW w:w="646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6D98A12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751F83" w:rsidTr="69A6FC8F" w14:paraId="01F3A0D8" wp14:textId="77777777">
        <w:trPr>
          <w:jc w:val="center"/>
        </w:trPr>
        <w:tc>
          <w:tcPr>
            <w:tcW w:w="323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798018D2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Modalità di accesso / coinvolgimento</w:t>
            </w:r>
          </w:p>
        </w:tc>
        <w:tc>
          <w:tcPr>
            <w:tcW w:w="646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2946DB82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751F83" w:rsidTr="69A6FC8F" w14:paraId="1CB74577" wp14:textId="77777777">
        <w:trPr>
          <w:jc w:val="center"/>
        </w:trPr>
        <w:tc>
          <w:tcPr>
            <w:tcW w:w="3237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10658192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Misure per favorire accessibilità e inclusione</w:t>
            </w:r>
          </w:p>
        </w:tc>
        <w:tc>
          <w:tcPr>
            <w:tcW w:w="646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5997CC1D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</w:tbl>
    <w:p xmlns:wp14="http://schemas.microsoft.com/office/word/2010/wordml" w:rsidRPr="0099542E" w:rsidR="00751F83" w:rsidP="69A6FC8F" w:rsidRDefault="00751F83" w14:paraId="110FFD37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2408"/>
        <w:gridCol w:w="3311"/>
      </w:tblGrid>
      <w:tr xmlns:wp14="http://schemas.microsoft.com/office/word/2010/wordml" w:rsidRPr="002F5945" w:rsidR="002F5945" w:rsidTr="45977A0F" w14:paraId="38AEB9A6" wp14:textId="77777777">
        <w:trPr>
          <w:jc w:val="center"/>
        </w:trPr>
        <w:tc>
          <w:tcPr>
            <w:tcW w:w="3964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365B6CD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Indicatore previsionale</w:t>
            </w:r>
          </w:p>
        </w:tc>
        <w:tc>
          <w:tcPr>
            <w:tcW w:w="2408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6D8E55F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Numero previsto</w:t>
            </w:r>
          </w:p>
        </w:tc>
        <w:tc>
          <w:tcPr>
            <w:tcW w:w="3311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449CBA2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Note / modalità di stima</w:t>
            </w:r>
          </w:p>
        </w:tc>
      </w:tr>
      <w:tr xmlns:wp14="http://schemas.microsoft.com/office/word/2010/wordml" w:rsidRPr="0099542E" w:rsidR="00751F83" w:rsidTr="45977A0F" w14:paraId="181BF52B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77EFADF8" wp14:textId="3B2F5340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45977A0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 xml:space="preserve">Partecipanti </w:t>
            </w:r>
            <w:r w:rsidRPr="45977A0F" w:rsidR="6B31CDC2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totali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6B69937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3FE9F23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7B0B9A97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2E7D3AB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Minori &lt;18 anni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1F72F64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08CE6F9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01B1F3B7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5AF6EC1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Giovani 18-29 anni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61CDCEA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6BB9E25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45848280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5344716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Adulti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23DE523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52E5622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71293FCE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6F6BF730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Nuclei/famiglie coinvolti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07547A0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5043CB0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45977A0F" w14:paraId="0C96E5AA" wp14:textId="77777777">
        <w:trPr>
          <w:jc w:val="center"/>
        </w:trPr>
        <w:tc>
          <w:tcPr>
            <w:tcW w:w="3964" w:type="dxa"/>
            <w:tcMar/>
          </w:tcPr>
          <w:p w:rsidRPr="0099542E" w:rsidR="00751F83" w:rsidP="69A6FC8F" w:rsidRDefault="00600B01" w14:paraId="7E14D78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Persone in condizioni di fragilità, ove pertinente e legittimamente rilevabile</w:t>
            </w:r>
          </w:p>
        </w:tc>
        <w:tc>
          <w:tcPr>
            <w:tcW w:w="2408" w:type="dxa"/>
            <w:tcMar/>
          </w:tcPr>
          <w:p w:rsidRPr="0099542E" w:rsidR="00751F83" w:rsidP="69A6FC8F" w:rsidRDefault="00751F83" w14:paraId="0745931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3311" w:type="dxa"/>
            <w:tcMar/>
          </w:tcPr>
          <w:p w:rsidRPr="0099542E" w:rsidR="00751F83" w:rsidP="69A6FC8F" w:rsidRDefault="00751F83" w14:paraId="6537F28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="00756D1D" w:rsidP="69A6FC8F" w:rsidRDefault="00756D1D" w14:paraId="6DFB9E20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600B01" w14:paraId="348585A7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6. </w:t>
      </w:r>
      <w:r w:rsidRPr="69A6FC8F" w:rsidR="00DF70B0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QUALITA’, CONTINUITA’ E INTENSITA’ DELLE 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ATTIVITÀ E METODOLOGIA</w:t>
      </w:r>
    </w:p>
    <w:p xmlns:wp14="http://schemas.microsoft.com/office/word/2010/wordml" w:rsidRPr="00C14EE6" w:rsidR="00751F83" w:rsidP="69A6FC8F" w:rsidRDefault="00600B01" w14:paraId="41F7DF28" wp14:textId="77777777">
      <w:pPr>
        <w:pStyle w:val="FormHint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Descrivere le attività in modo operativo, indicando per ciascuna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: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tipologia dei 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destinatari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previsti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,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descrizione delle attività e articolazione temporale (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frequenza/durata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/ripetibilità/continuità</w:t>
      </w:r>
      <w:r w:rsidRPr="23E5DB59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, </w:t>
      </w:r>
      <w:r w:rsidRPr="23E5DB59" w:rsidR="00630DB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attività pomeridiane, extrascolastiche, estive, nei periodi di sospensione scolastica, …)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268"/>
        <w:gridCol w:w="2268"/>
        <w:gridCol w:w="2869"/>
      </w:tblGrid>
      <w:tr xmlns:wp14="http://schemas.microsoft.com/office/word/2010/wordml" w:rsidRPr="002F5945" w:rsidR="002F5945" w:rsidTr="23E5DB59" w14:paraId="3102539F" wp14:textId="77777777">
        <w:trPr>
          <w:tblHeader/>
        </w:trPr>
        <w:tc>
          <w:tcPr>
            <w:tcW w:w="2263" w:type="dxa"/>
            <w:shd w:val="clear" w:color="auto" w:fill="DBE5F1" w:themeFill="accent1" w:themeFillTint="33"/>
            <w:tcMar/>
          </w:tcPr>
          <w:p w:rsidRPr="002F5945" w:rsidR="00DF70B0" w:rsidP="69A6FC8F" w:rsidRDefault="00DF70B0" w14:paraId="32F76AA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F70B0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Attività</w:t>
            </w:r>
          </w:p>
        </w:tc>
        <w:tc>
          <w:tcPr>
            <w:tcW w:w="2268" w:type="dxa"/>
            <w:shd w:val="clear" w:color="auto" w:fill="DBE5F1" w:themeFill="accent1" w:themeFillTint="33"/>
            <w:tcMar/>
          </w:tcPr>
          <w:p w:rsidRPr="002F5945" w:rsidR="00DF70B0" w:rsidP="69A6FC8F" w:rsidRDefault="00DF70B0" w14:paraId="1F02338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F70B0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Destinatari</w:t>
            </w:r>
          </w:p>
        </w:tc>
        <w:tc>
          <w:tcPr>
            <w:tcW w:w="2268" w:type="dxa"/>
            <w:shd w:val="clear" w:color="auto" w:fill="DBE5F1" w:themeFill="accent1" w:themeFillTint="33"/>
            <w:tcMar/>
          </w:tcPr>
          <w:p w:rsidRPr="002F5945" w:rsidR="00DF70B0" w:rsidP="69A6FC8F" w:rsidRDefault="00630DB1" w14:paraId="25E61F0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30DB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Descrizione attività e sede</w:t>
            </w:r>
          </w:p>
        </w:tc>
        <w:tc>
          <w:tcPr>
            <w:tcW w:w="2869" w:type="dxa"/>
            <w:shd w:val="clear" w:color="auto" w:fill="DBE5F1" w:themeFill="accent1" w:themeFillTint="33"/>
            <w:tcMar/>
          </w:tcPr>
          <w:p w:rsidRPr="002F5945" w:rsidR="00DF70B0" w:rsidP="69A6FC8F" w:rsidRDefault="00630DB1" w14:paraId="0CBE3C5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30DB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Articolazione temporale</w:t>
            </w:r>
          </w:p>
        </w:tc>
      </w:tr>
      <w:tr xmlns:wp14="http://schemas.microsoft.com/office/word/2010/wordml" w:rsidRPr="0099542E" w:rsidR="00DF70B0" w:rsidTr="23E5DB59" w14:paraId="70DF9E56" wp14:textId="77777777">
        <w:trPr/>
        <w:tc>
          <w:tcPr>
            <w:tcW w:w="226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44E871B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144A5D2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738610E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8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637805D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F70B0" w:rsidTr="23E5DB59" w14:paraId="463F29E8" wp14:textId="77777777">
        <w:trPr/>
        <w:tc>
          <w:tcPr>
            <w:tcW w:w="226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3B7B4B8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3A0FF5F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5630AD6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8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6182907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F70B0" w:rsidTr="23E5DB59" w14:paraId="2BA226A1" wp14:textId="77777777">
        <w:trPr/>
        <w:tc>
          <w:tcPr>
            <w:tcW w:w="226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17AD93B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0DE4B5B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66204FF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8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2DBF0D7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F70B0" w:rsidTr="23E5DB59" w14:paraId="6B62F1B3" wp14:textId="77777777">
        <w:trPr/>
        <w:tc>
          <w:tcPr>
            <w:tcW w:w="226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02F2C34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680A4E5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26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1921983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86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Pr="0099542E" w:rsidR="00DF70B0" w:rsidP="69A6FC8F" w:rsidRDefault="00DF70B0" w14:paraId="296FEF7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="00986B2E" w:rsidP="69A6FC8F" w:rsidRDefault="00986B2E" w14:paraId="6BD18F9B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092A69" w14:paraId="4651903D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092A6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7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RETE TERRITORIALE E PARTENARIATO</w:t>
      </w:r>
    </w:p>
    <w:p xmlns:wp14="http://schemas.microsoft.com/office/word/2010/wordml" w:rsidRPr="00C14EE6" w:rsidR="00751F83" w:rsidP="69A6FC8F" w:rsidRDefault="00600B01" w14:paraId="23FD5D3E" wp14:textId="77777777">
      <w:pPr>
        <w:pStyle w:val="FormHint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  <w:t>Indicare i soggetti coinvolti e il contributo concreto alla realizzazione del progetto. Allegare eventuali accordi/lettere di collaborazione se richiamati.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344"/>
        <w:gridCol w:w="2483"/>
        <w:gridCol w:w="2470"/>
        <w:gridCol w:w="2528"/>
      </w:tblGrid>
      <w:tr xmlns:wp14="http://schemas.microsoft.com/office/word/2010/wordml" w:rsidRPr="002F5945" w:rsidR="002F5945" w:rsidTr="69A6FC8F" w14:paraId="7ECB8F38" wp14:textId="77777777">
        <w:trPr>
          <w:jc w:val="center"/>
        </w:trPr>
        <w:tc>
          <w:tcPr>
            <w:tcW w:w="2344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59EF38B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Soggetto</w:t>
            </w:r>
          </w:p>
        </w:tc>
        <w:tc>
          <w:tcPr>
            <w:tcW w:w="2483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0C29691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Tipologia</w:t>
            </w:r>
          </w:p>
        </w:tc>
        <w:tc>
          <w:tcPr>
            <w:tcW w:w="2470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1B8F58A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Ruolo / attività</w:t>
            </w:r>
          </w:p>
        </w:tc>
        <w:tc>
          <w:tcPr>
            <w:tcW w:w="2528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7DFCF99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Accordo/lettera allegata (Sì/No)</w:t>
            </w:r>
          </w:p>
        </w:tc>
      </w:tr>
      <w:tr xmlns:wp14="http://schemas.microsoft.com/office/word/2010/wordml" w:rsidRPr="0099542E" w:rsidR="00751F83" w:rsidTr="69A6FC8F" w14:paraId="238601FE" wp14:textId="77777777">
        <w:trPr>
          <w:jc w:val="center"/>
        </w:trPr>
        <w:tc>
          <w:tcPr>
            <w:tcW w:w="23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0F3CABC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B08B5D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7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6DEB4A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5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0AD9C6F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4B1F511A" wp14:textId="77777777">
        <w:trPr>
          <w:jc w:val="center"/>
        </w:trPr>
        <w:tc>
          <w:tcPr>
            <w:tcW w:w="23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5F9C3D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023141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7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F3B140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5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62C75D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664355AD" wp14:textId="77777777">
        <w:trPr>
          <w:jc w:val="center"/>
        </w:trPr>
        <w:tc>
          <w:tcPr>
            <w:tcW w:w="23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A96511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DF4E37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7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4FB30F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5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DA6542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3041E394" wp14:textId="77777777">
        <w:trPr>
          <w:jc w:val="center"/>
        </w:trPr>
        <w:tc>
          <w:tcPr>
            <w:tcW w:w="23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22B00A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2C6D79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7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E1831B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5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4E11D2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31126E5D" wp14:textId="77777777">
        <w:trPr>
          <w:jc w:val="center"/>
        </w:trPr>
        <w:tc>
          <w:tcPr>
            <w:tcW w:w="2344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2DE403A5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8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2431CD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47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9E398E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5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6287F2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="000A7E6F" w:rsidP="69A6FC8F" w:rsidRDefault="000A7E6F" w14:paraId="5BE93A62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0A7E6F" w14:paraId="7590158B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0A7E6F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8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SOSTENIBILITÀ E PROSECUZIONE OLTRE IL FINANZIAMENTO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804"/>
        <w:gridCol w:w="5896"/>
      </w:tblGrid>
      <w:tr xmlns:wp14="http://schemas.microsoft.com/office/word/2010/wordml" w:rsidRPr="0099542E" w:rsidR="00751F83" w:rsidTr="69A6FC8F" w14:paraId="5FEDFDD6" wp14:textId="77777777">
        <w:trPr>
          <w:jc w:val="center"/>
        </w:trPr>
        <w:tc>
          <w:tcPr>
            <w:tcW w:w="3804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6A4F97E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Prospettive di prosecuzione</w:t>
            </w:r>
            <w:r w:rsidRPr="69A6FC8F" w:rsidR="000A7E6F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 xml:space="preserve"> ed elementi organizzativi che favoriscono la continuità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84BA73E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751F83" w:rsidTr="69A6FC8F" w14:paraId="0AB403F1" wp14:textId="77777777">
        <w:trPr>
          <w:jc w:val="center"/>
        </w:trPr>
        <w:tc>
          <w:tcPr>
            <w:tcW w:w="3804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0AE0DE5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Fonti di sostenibilità / autofinanziamento / fundraising / risorse private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4B3F2EB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</w:tbl>
    <w:p xmlns:wp14="http://schemas.microsoft.com/office/word/2010/wordml" w:rsidRPr="0099542E" w:rsidR="00751F83" w:rsidP="69A6FC8F" w:rsidRDefault="00751F83" w14:paraId="7D34F5C7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D12E6A" w14:paraId="52693146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D12E6A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9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CONGRUITÀ ECONOMICA E COERENZA CON IL BUDGET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804"/>
        <w:gridCol w:w="5896"/>
      </w:tblGrid>
      <w:tr xmlns:wp14="http://schemas.microsoft.com/office/word/2010/wordml" w:rsidRPr="0099542E" w:rsidR="00751F83" w:rsidTr="69A6FC8F" w14:paraId="660954FA" wp14:textId="77777777">
        <w:trPr>
          <w:jc w:val="center"/>
        </w:trPr>
        <w:tc>
          <w:tcPr>
            <w:tcW w:w="3804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3F9EC308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Motivazione delle principali voci di costo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0B4020A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751F83" w:rsidTr="69A6FC8F" w14:paraId="5D2B9DA0" wp14:textId="77777777">
        <w:trPr>
          <w:jc w:val="center"/>
        </w:trPr>
        <w:tc>
          <w:tcPr>
            <w:tcW w:w="3804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1A5F0CE5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Rapporto tra risorse impiegate, attività e risultati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1D7B270A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751F83" w:rsidTr="69A6FC8F" w14:paraId="159EF2B2" wp14:textId="77777777">
        <w:trPr>
          <w:jc w:val="center"/>
        </w:trPr>
        <w:tc>
          <w:tcPr>
            <w:tcW w:w="3804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1F8943F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Eventuali elementi utili a comprendere il costo per beneficiario / unità di attività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751F83" w:rsidP="69A6FC8F" w:rsidRDefault="00600B01" w14:paraId="4F904CB7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</w:p>
        </w:tc>
      </w:tr>
    </w:tbl>
    <w:p xmlns:wp14="http://schemas.microsoft.com/office/word/2010/wordml" w:rsidR="00751F83" w:rsidP="69A6FC8F" w:rsidRDefault="00751F83" w14:paraId="06971CD3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D12E6A" w:rsidP="69A6FC8F" w:rsidRDefault="00D12E6A" w14:paraId="375CC8F4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D12E6A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10</w:t>
      </w:r>
      <w:r w:rsidRPr="69A6FC8F" w:rsidR="00D12E6A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ORGANIZZAZIONE, PERSONALE E RISORSE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10"/>
        <w:gridCol w:w="1395"/>
        <w:gridCol w:w="1995"/>
        <w:gridCol w:w="1997"/>
        <w:gridCol w:w="2018"/>
        <w:gridCol w:w="10"/>
      </w:tblGrid>
      <w:tr xmlns:wp14="http://schemas.microsoft.com/office/word/2010/wordml" w:rsidRPr="002F5945" w:rsidR="002F5945" w:rsidTr="69A6FC8F" w14:paraId="6F15A822" wp14:textId="77777777">
        <w:trPr>
          <w:gridAfter w:val="1"/>
          <w:wAfter w:w="10" w:type="dxa"/>
          <w:jc w:val="center"/>
        </w:trPr>
        <w:tc>
          <w:tcPr>
            <w:tcW w:w="2410" w:type="dxa"/>
            <w:shd w:val="clear" w:color="auto" w:fill="DBE5F1" w:themeFill="accent1" w:themeFillTint="33"/>
            <w:tcMar/>
          </w:tcPr>
          <w:p w:rsidRPr="002F5945" w:rsidR="00D12E6A" w:rsidP="69A6FC8F" w:rsidRDefault="00D12E6A" w14:paraId="62020FA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Figura / profilo</w:t>
            </w:r>
          </w:p>
        </w:tc>
        <w:tc>
          <w:tcPr>
            <w:tcW w:w="1395" w:type="dxa"/>
            <w:shd w:val="clear" w:color="auto" w:fill="DBE5F1" w:themeFill="accent1" w:themeFillTint="33"/>
            <w:tcMar/>
          </w:tcPr>
          <w:p w:rsidRPr="002F5945" w:rsidR="00D12E6A" w:rsidP="69A6FC8F" w:rsidRDefault="00D12E6A" w14:paraId="7974278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N.</w:t>
            </w:r>
          </w:p>
        </w:tc>
        <w:tc>
          <w:tcPr>
            <w:tcW w:w="1995" w:type="dxa"/>
            <w:shd w:val="clear" w:color="auto" w:fill="DBE5F1" w:themeFill="accent1" w:themeFillTint="33"/>
            <w:tcMar/>
          </w:tcPr>
          <w:p w:rsidRPr="002F5945" w:rsidR="00D12E6A" w:rsidP="69A6FC8F" w:rsidRDefault="00D12E6A" w14:paraId="07B8673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Funzioni</w:t>
            </w:r>
          </w:p>
        </w:tc>
        <w:tc>
          <w:tcPr>
            <w:tcW w:w="1997" w:type="dxa"/>
            <w:shd w:val="clear" w:color="auto" w:fill="DBE5F1" w:themeFill="accent1" w:themeFillTint="33"/>
            <w:tcMar/>
          </w:tcPr>
          <w:p w:rsidRPr="002F5945" w:rsidR="00D12E6A" w:rsidP="69A6FC8F" w:rsidRDefault="00D12E6A" w14:paraId="08ABE38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Ore previste sul progetto</w:t>
            </w:r>
          </w:p>
        </w:tc>
        <w:tc>
          <w:tcPr>
            <w:tcW w:w="2018" w:type="dxa"/>
            <w:shd w:val="clear" w:color="auto" w:fill="DBE5F1" w:themeFill="accent1" w:themeFillTint="33"/>
            <w:tcMar/>
          </w:tcPr>
          <w:p w:rsidRPr="002F5945" w:rsidR="00D12E6A" w:rsidP="69A6FC8F" w:rsidRDefault="00D12E6A" w14:paraId="7BDC21A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Rapporto con il soggetto p</w:t>
            </w:r>
            <w:bookmarkStart w:name="_GoBack" w:id="0"/>
            <w:bookmarkEnd w:id="0"/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roponente</w:t>
            </w:r>
          </w:p>
        </w:tc>
      </w:tr>
      <w:tr xmlns:wp14="http://schemas.microsoft.com/office/word/2010/wordml" w:rsidRPr="0099542E" w:rsidR="00D12E6A" w:rsidTr="69A6FC8F" w14:paraId="2A1F701D" wp14:textId="77777777">
        <w:trPr>
          <w:gridAfter w:val="1"/>
          <w:wAfter w:w="10" w:type="dxa"/>
          <w:jc w:val="center"/>
        </w:trPr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03EFCA4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3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F96A72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B95CD1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7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220BBB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13CB595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12E6A" w:rsidTr="69A6FC8F" w14:paraId="6D9C8D39" wp14:textId="77777777">
        <w:trPr>
          <w:gridAfter w:val="1"/>
          <w:wAfter w:w="10" w:type="dxa"/>
          <w:jc w:val="center"/>
        </w:trPr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675E05E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3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2FC17F8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0A4F722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7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AE48A4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0F40DE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12E6A" w:rsidTr="69A6FC8F" w14:paraId="77A52294" wp14:textId="77777777">
        <w:trPr>
          <w:gridAfter w:val="1"/>
          <w:wAfter w:w="10" w:type="dxa"/>
          <w:jc w:val="center"/>
        </w:trPr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007DCDA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3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450EA2D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3DD355C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7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1A81F0B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717AAFB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12E6A" w:rsidTr="69A6FC8F" w14:paraId="56EE48EE" wp14:textId="77777777">
        <w:trPr>
          <w:gridAfter w:val="1"/>
          <w:wAfter w:w="10" w:type="dxa"/>
          <w:jc w:val="center"/>
        </w:trPr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2908EB2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3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121FD38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1FE2DD9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7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2735753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07F023C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12E6A" w:rsidTr="69A6FC8F" w14:paraId="4BDB5498" wp14:textId="77777777">
        <w:trPr>
          <w:gridAfter w:val="1"/>
          <w:wAfter w:w="10" w:type="dxa"/>
          <w:jc w:val="center"/>
        </w:trPr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2916C19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3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74869460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187F57B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7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54738AF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D12E6A" w:rsidP="69A6FC8F" w:rsidRDefault="00D12E6A" w14:paraId="46ABBD8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D12E6A" w:rsidTr="69A6FC8F" w14:paraId="0E09B780" wp14:textId="77777777">
        <w:trPr>
          <w:jc w:val="center"/>
        </w:trPr>
        <w:tc>
          <w:tcPr>
            <w:tcW w:w="3805" w:type="dxa"/>
            <w:gridSpan w:val="2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D12E6A" w:rsidP="69A6FC8F" w:rsidRDefault="00D12E6A" w14:paraId="433A4093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D12E6A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Risorse strumentali messe a disposizione</w:t>
            </w:r>
          </w:p>
        </w:tc>
        <w:tc>
          <w:tcPr>
            <w:tcW w:w="6020" w:type="dxa"/>
            <w:gridSpan w:val="4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D12E6A" w:rsidP="69A6FC8F" w:rsidRDefault="00D12E6A" w14:paraId="06BBA33E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</w:tbl>
    <w:p xmlns:wp14="http://schemas.microsoft.com/office/word/2010/wordml" w:rsidR="00D12E6A" w:rsidP="69A6FC8F" w:rsidRDefault="00D12E6A" w14:paraId="464FCBC1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0A7E6F" w:rsidP="69A6FC8F" w:rsidRDefault="00C65A2E" w14:paraId="6101C053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C65A2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11</w:t>
      </w:r>
      <w:r w:rsidRPr="69A6FC8F" w:rsidR="000A7E6F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MONITORAGGIO, REGISTRAZIONE E RISULTATI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946"/>
        <w:gridCol w:w="5896"/>
      </w:tblGrid>
      <w:tr xmlns:wp14="http://schemas.microsoft.com/office/word/2010/wordml" w:rsidRPr="0099542E" w:rsidR="000A7E6F" w:rsidTr="69A6FC8F" w14:paraId="14392523" wp14:textId="77777777">
        <w:trPr>
          <w:jc w:val="center"/>
        </w:trPr>
        <w:tc>
          <w:tcPr>
            <w:tcW w:w="3946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0F8273DF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0A7E6F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Modalità di monitoraggio in itinere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5C8C6B09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0A7E6F" w:rsidTr="69A6FC8F" w14:paraId="26287096" wp14:textId="77777777">
        <w:trPr>
          <w:jc w:val="center"/>
        </w:trPr>
        <w:tc>
          <w:tcPr>
            <w:tcW w:w="3946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0EB8B9F3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0A7E6F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Modalità di rilevazione dei risultati qualitativi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3382A365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  <w:tr xmlns:wp14="http://schemas.microsoft.com/office/word/2010/wordml" w:rsidRPr="0099542E" w:rsidR="000A7E6F" w:rsidTr="69A6FC8F" w14:paraId="207A561C" wp14:textId="77777777">
        <w:trPr>
          <w:jc w:val="center"/>
        </w:trPr>
        <w:tc>
          <w:tcPr>
            <w:tcW w:w="3946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636A5B53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0A7E6F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Organizzazione della registrazione delle presenze e delle anagrafiche FSE+</w:t>
            </w:r>
          </w:p>
        </w:tc>
        <w:tc>
          <w:tcPr>
            <w:tcW w:w="5896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99542E" w:rsidR="000A7E6F" w:rsidP="69A6FC8F" w:rsidRDefault="000A7E6F" w14:paraId="5C71F136" wp14:textId="77777777">
            <w:pPr>
              <w:spacing w:after="0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>
              <w:br/>
            </w:r>
            <w:r>
              <w:br/>
            </w:r>
            <w:r>
              <w:br/>
            </w:r>
          </w:p>
        </w:tc>
      </w:tr>
    </w:tbl>
    <w:p xmlns:wp14="http://schemas.microsoft.com/office/word/2010/wordml" w:rsidRPr="0099542E" w:rsidR="000A7E6F" w:rsidP="69A6FC8F" w:rsidRDefault="000A7E6F" w14:paraId="62199465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0A7E6F" w:rsidP="69A6FC8F" w:rsidRDefault="000A7E6F" w14:paraId="0DA123B1" wp14:textId="77777777">
      <w:pPr>
        <w:spacing w:after="20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600B01" w14:paraId="3456E528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1</w:t>
      </w:r>
      <w:r w:rsidRPr="69A6FC8F" w:rsidR="00092A6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2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CRONOPROGRAMMA SINTETICO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559"/>
        <w:gridCol w:w="1562"/>
        <w:gridCol w:w="1995"/>
        <w:gridCol w:w="1829"/>
      </w:tblGrid>
      <w:tr xmlns:wp14="http://schemas.microsoft.com/office/word/2010/wordml" w:rsidRPr="002F5945" w:rsidR="002F5945" w:rsidTr="69A6FC8F" w14:paraId="353A811D" wp14:textId="77777777">
        <w:trPr>
          <w:jc w:val="center"/>
        </w:trPr>
        <w:tc>
          <w:tcPr>
            <w:tcW w:w="2689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50F8CCF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Attività / fase</w:t>
            </w:r>
          </w:p>
        </w:tc>
        <w:tc>
          <w:tcPr>
            <w:tcW w:w="1559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6936CEC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Avvio</w:t>
            </w:r>
          </w:p>
        </w:tc>
        <w:tc>
          <w:tcPr>
            <w:tcW w:w="1562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36855FC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Conclusione</w:t>
            </w:r>
          </w:p>
        </w:tc>
        <w:tc>
          <w:tcPr>
            <w:tcW w:w="1995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2204CD1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 xml:space="preserve">Principali </w:t>
            </w: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milestone</w:t>
            </w:r>
          </w:p>
        </w:tc>
        <w:tc>
          <w:tcPr>
            <w:tcW w:w="1829" w:type="dxa"/>
            <w:shd w:val="clear" w:color="auto" w:fill="DBE5F1" w:themeFill="accent1" w:themeFillTint="33"/>
            <w:tcMar/>
          </w:tcPr>
          <w:p w:rsidRPr="002F5945" w:rsidR="00751F83" w:rsidP="69A6FC8F" w:rsidRDefault="00600B01" w14:paraId="3078D580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it-IT"/>
              </w:rPr>
              <w:t>Responsabile</w:t>
            </w:r>
          </w:p>
        </w:tc>
      </w:tr>
      <w:tr xmlns:wp14="http://schemas.microsoft.com/office/word/2010/wordml" w:rsidRPr="0099542E" w:rsidR="00751F83" w:rsidTr="69A6FC8F" w14:paraId="4C4CEA3D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0895670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8C1F85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0C8FE7C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1004F1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7C0C65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308D56CC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97E50C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B04FA4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68C698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A93948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AA258D8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6FFBD3EC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0DCCCA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6AF6883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4C529ED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C0157D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691E7B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526770CE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CBEED82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E36661F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38645DC7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35E58C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2EBF9A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0C6C2CD5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09E88E4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508C98E9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79F8E7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7818863E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4F69B9A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99542E" w:rsidR="00751F83" w:rsidTr="69A6FC8F" w14:paraId="5F07D11E" wp14:textId="77777777">
        <w:trPr>
          <w:jc w:val="center"/>
        </w:trPr>
        <w:tc>
          <w:tcPr>
            <w:tcW w:w="268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1508A3C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43D6B1D6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56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17DBC15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99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6F8BD81B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  <w:tc>
          <w:tcPr>
            <w:tcW w:w="182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99542E" w:rsidR="00751F83" w:rsidP="69A6FC8F" w:rsidRDefault="00751F83" w14:paraId="2613E9C1" wp14:textId="77777777">
            <w:pPr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="00092A69" w:rsidP="69A6FC8F" w:rsidRDefault="00092A69" w14:paraId="1037B8A3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092A69" w14:paraId="5E8267E5" wp14:textId="77777777">
      <w:pPr>
        <w:pStyle w:val="Titolo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092A6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13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DICHIARAZIONE DI COERENZA</w:t>
      </w:r>
    </w:p>
    <w:p xmlns:wp14="http://schemas.microsoft.com/office/word/2010/wordml" w:rsidR="00751F83" w:rsidP="69A6FC8F" w:rsidRDefault="00600B01" w14:paraId="45A5AD4C" wp14:textId="77777777">
      <w:pPr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Il/La sottoscritto/a dichiara che i dati economici riportati nella presente proposta sono coerenti con il 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Mod</w:t>
      </w:r>
      <w:r w:rsidRPr="69A6FC8F" w:rsidR="00600B0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. D - Budget di progetto e che le informazioni fornite sono complete ai fini della valutazione secondo i criteri dell’Avviso.</w:t>
      </w:r>
    </w:p>
    <w:p xmlns:wp14="http://schemas.microsoft.com/office/word/2010/wordml" w:rsidRPr="0099542E" w:rsidR="00092A69" w:rsidP="69A6FC8F" w:rsidRDefault="00092A69" w14:paraId="687C6DE0" wp14:textId="77777777">
      <w:pPr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99542E" w:rsidR="00751F83" w:rsidP="69A6FC8F" w:rsidRDefault="00751F83" w14:paraId="5B2F9378" wp14:textId="77777777">
      <w:pPr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38"/>
        <w:gridCol w:w="5834"/>
      </w:tblGrid>
      <w:tr xmlns:wp14="http://schemas.microsoft.com/office/word/2010/wordml" w:rsidRPr="0099542E" w:rsidR="00751F83" w:rsidTr="23E5DB59" w14:paraId="668197F0" wp14:textId="77777777">
        <w:trPr>
          <w:jc w:val="center"/>
        </w:trPr>
        <w:tc>
          <w:tcPr>
            <w:tcW w:w="5156" w:type="dxa"/>
            <w:tcMar/>
          </w:tcPr>
          <w:p w:rsidRPr="0099542E" w:rsidR="00751F83" w:rsidP="69A6FC8F" w:rsidRDefault="00600B01" w14:paraId="0B538622" wp14:textId="77777777">
            <w:pPr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Luogo e data</w:t>
            </w:r>
            <w:r>
              <w:br/>
            </w:r>
            <w:r>
              <w:br/>
            </w:r>
            <w:r w:rsidRPr="69A6FC8F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________________________________</w:t>
            </w:r>
          </w:p>
        </w:tc>
        <w:tc>
          <w:tcPr>
            <w:tcW w:w="5156" w:type="dxa"/>
            <w:tcMar/>
          </w:tcPr>
          <w:p w:rsidRPr="0099542E" w:rsidR="00751F83" w:rsidP="69A6FC8F" w:rsidRDefault="00600B01" w14:paraId="40050F22" wp14:textId="44B44BAB">
            <w:pPr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Il/La Legale Rappresentante / Delegato/a</w:t>
            </w:r>
            <w:r>
              <w:br/>
            </w:r>
            <w:r>
              <w:br/>
            </w:r>
            <w:r w:rsidRPr="23E5DB59" w:rsidR="00600B01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_______________________________________</w:t>
            </w:r>
          </w:p>
        </w:tc>
      </w:tr>
    </w:tbl>
    <w:p xmlns:wp14="http://schemas.microsoft.com/office/word/2010/wordml" w:rsidRPr="0099542E" w:rsidR="00600B01" w:rsidP="69A6FC8F" w:rsidRDefault="00600B01" w14:paraId="58E6DD4E" wp14:textId="77777777">
      <w:pPr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sectPr w:rsidRPr="0099542E" w:rsidR="00600B01" w:rsidSect="00BE701D">
      <w:headerReference w:type="default" r:id="rId8"/>
      <w:footerReference w:type="default" r:id="rId9"/>
      <w:pgSz w:w="12240" w:h="15840" w:orient="portrait"/>
      <w:pgMar w:top="1701" w:right="1134" w:bottom="1134" w:left="1134" w:header="284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1432F" w:rsidRDefault="00A1432F" w14:paraId="3B88899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1432F" w:rsidRDefault="00A1432F" w14:paraId="69E2BB2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092A69" w:rsidRDefault="00092A69" w14:paraId="4475AD14" wp14:textId="77777777">
    <w:pPr>
      <w:pStyle w:val="Pidipagina"/>
      <w:jc w:val="center"/>
    </w:pPr>
  </w:p>
  <w:p xmlns:wp14="http://schemas.microsoft.com/office/word/2010/wordml" w:rsidR="00092A69" w:rsidRDefault="00092A69" w14:paraId="3344B54C" wp14:textId="77777777">
    <w:pPr>
      <w:jc w:val="right"/>
    </w:pPr>
    <w:r>
      <w:rPr>
        <w:sz w:val="16"/>
      </w:rPr>
      <w:t xml:space="preserve">Pag.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2F5945">
      <w:rPr>
        <w:noProof/>
        <w:sz w:val="16"/>
      </w:rPr>
      <w:t>6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1432F" w:rsidRDefault="00A1432F" w14:paraId="57C0D79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1432F" w:rsidRDefault="00A1432F" w14:paraId="0D142F6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 xmlns:wp14="http://schemas.microsoft.com/office/word/2010/wordml" w:rsidRPr="003C0EB2" w:rsidR="00092A69" w:rsidP="003C0EB2" w:rsidRDefault="00092A69" w14:paraId="7D3BEE8F" wp14:textId="77777777">
    <w:pPr>
      <w:pStyle w:val="Intestazione"/>
    </w:pPr>
    <w:r>
      <w:rPr>
        <w:noProof/>
        <w:lang w:val="it-IT" w:eastAsia="it-IT"/>
      </w:rPr>
      <w:drawing>
        <wp:inline xmlns:wp14="http://schemas.microsoft.com/office/word/2010/wordprocessingDrawing" distT="0" distB="0" distL="0" distR="0" wp14:anchorId="09D42E74" wp14:editId="2C06DE0D">
          <wp:extent cx="6120000" cy="438200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000" cy="4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proofState w:spelling="clean" w:grammar="dirty"/>
  <w:trackRevisions w:val="false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92A69"/>
    <w:rsid w:val="000A7E6F"/>
    <w:rsid w:val="0015074B"/>
    <w:rsid w:val="0029639D"/>
    <w:rsid w:val="002F5945"/>
    <w:rsid w:val="00326F90"/>
    <w:rsid w:val="003C0EB2"/>
    <w:rsid w:val="005A2D98"/>
    <w:rsid w:val="00600B01"/>
    <w:rsid w:val="0062409D"/>
    <w:rsid w:val="00630DB1"/>
    <w:rsid w:val="006F3078"/>
    <w:rsid w:val="00744AB9"/>
    <w:rsid w:val="00751F83"/>
    <w:rsid w:val="00756D1D"/>
    <w:rsid w:val="007609A3"/>
    <w:rsid w:val="00986B2E"/>
    <w:rsid w:val="0099542E"/>
    <w:rsid w:val="009A3C59"/>
    <w:rsid w:val="00A1432F"/>
    <w:rsid w:val="00AA1D8D"/>
    <w:rsid w:val="00B47730"/>
    <w:rsid w:val="00BE701D"/>
    <w:rsid w:val="00C14EE6"/>
    <w:rsid w:val="00C65A2E"/>
    <w:rsid w:val="00CB0664"/>
    <w:rsid w:val="00D12E6A"/>
    <w:rsid w:val="00D674F3"/>
    <w:rsid w:val="00DB3E67"/>
    <w:rsid w:val="00DD3969"/>
    <w:rsid w:val="00DF70B0"/>
    <w:rsid w:val="00E42684"/>
    <w:rsid w:val="00FC693F"/>
    <w:rsid w:val="08B6B12C"/>
    <w:rsid w:val="1DCE887C"/>
    <w:rsid w:val="23E5DB59"/>
    <w:rsid w:val="2FD7FB49"/>
    <w:rsid w:val="321F6C82"/>
    <w:rsid w:val="32C5F3FC"/>
    <w:rsid w:val="3436E062"/>
    <w:rsid w:val="3EFA5251"/>
    <w:rsid w:val="438BF806"/>
    <w:rsid w:val="45977A0F"/>
    <w:rsid w:val="5FC6E739"/>
    <w:rsid w:val="69A6FC8F"/>
    <w:rsid w:val="6B31CDC2"/>
    <w:rsid w:val="7682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6E37A3"/>
  <w15:docId w15:val="{87DE1AAA-2FD1-4900-BA48-B5DD0D96A4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e" w:default="1">
    <w:name w:val="Normal"/>
    <w:qFormat/>
    <w:rsid w:val="00FC693F"/>
    <w:pPr>
      <w:spacing w:after="80" w:line="252" w:lineRule="auto"/>
    </w:pPr>
    <w:rPr>
      <w:rFonts w:ascii="Arial" w:hAnsi="Arial"/>
      <w:color w:val="1F1F1F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hAnsiTheme="majorHAnsi" w:eastAsiaTheme="majorEastAsia" w:cstheme="majorBidi"/>
      <w:b/>
      <w:bCs/>
      <w:color w:val="1F4E79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hAnsiTheme="majorHAnsi" w:eastAsiaTheme="majorEastAsia" w:cstheme="majorBidi"/>
      <w:b/>
      <w:bCs/>
      <w:color w:val="1F4E79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Carpredefinitoparagrafo" w:default="1">
    <w:name w:val="Default Paragraph Font"/>
    <w:uiPriority w:val="1"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styleId="Titolo1Carattere" w:customStyle="1">
    <w:name w:val="Titolo 1 Carattere"/>
    <w:basedOn w:val="Carpredefinitoparagrafo"/>
    <w:link w:val="Titolo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itolo2Carattere" w:customStyle="1">
    <w:name w:val="Titolo 2 Carattere"/>
    <w:basedOn w:val="Carpredefinitoparagrafo"/>
    <w:link w:val="Titolo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itolo3Carattere" w:customStyle="1">
    <w:name w:val="Titolo 3 Carattere"/>
    <w:basedOn w:val="Carpredefinitoparagrafo"/>
    <w:link w:val="Titolo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color="4F81BD" w:themeColor="accent1" w:sz="8" w:space="4"/>
      </w:pBdr>
      <w:spacing w:before="160" w:after="100" w:line="240" w:lineRule="auto"/>
      <w:contextualSpacing/>
    </w:pPr>
    <w:rPr>
      <w:rFonts w:asciiTheme="majorHAnsi" w:hAnsiTheme="majorHAnsi" w:eastAsiaTheme="majorEastAsia" w:cstheme="majorBidi"/>
      <w:b/>
      <w:color w:val="1F4E79"/>
      <w:spacing w:val="5"/>
      <w:kern w:val="28"/>
      <w:sz w:val="32"/>
      <w:szCs w:val="52"/>
    </w:rPr>
  </w:style>
  <w:style w:type="character" w:styleId="TitoloCarattere" w:customStyle="1">
    <w:name w:val="Titolo Carattere"/>
    <w:basedOn w:val="Carpredefinitoparagrafo"/>
    <w:link w:val="Titolo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styleId="CorpotestoCarattere" w:customStyle="1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styleId="Corpodeltesto2Carattere" w:customStyle="1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stomacroCarattere" w:customStyle="1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styleId="Titolo4Carattere" w:customStyle="1">
    <w:name w:val="Titolo 4 Carattere"/>
    <w:basedOn w:val="Carpredefinitoparagrafo"/>
    <w:link w:val="Titolo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itolo5Carattere" w:customStyle="1">
    <w:name w:val="Titolo 5 Carattere"/>
    <w:basedOn w:val="Carpredefinitoparagrafo"/>
    <w:link w:val="Titolo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itolo6Carattere" w:customStyle="1">
    <w:name w:val="Titolo 6 Carattere"/>
    <w:basedOn w:val="Carpredefinitoparagrafo"/>
    <w:link w:val="Titolo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itolo7Carattere" w:customStyle="1">
    <w:name w:val="Titolo 7 Carattere"/>
    <w:basedOn w:val="Carpredefinitoparagrafo"/>
    <w:link w:val="Titolo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itolo8Carattere" w:customStyle="1">
    <w:name w:val="Titolo 8 Carattere"/>
    <w:basedOn w:val="Carpredefinitoparagrafo"/>
    <w:link w:val="Titolo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itolo9Carattere" w:customStyle="1">
    <w:name w:val="Titolo 9 Carattere"/>
    <w:basedOn w:val="Carpredefinitoparagrafo"/>
    <w:link w:val="Titolo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ormHint" w:customStyle="1">
    <w:name w:val="Form Hint"/>
    <w:rPr>
      <w:rFonts w:ascii="Arial" w:hAnsi="Arial"/>
      <w:i/>
      <w:color w:val="6464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06BD68D00C6240965D1018BF7D5207" ma:contentTypeVersion="16" ma:contentTypeDescription="Creare un nuovo documento." ma:contentTypeScope="" ma:versionID="7690089a1f0a9fc0999e642eecb85f58">
  <xsd:schema xmlns:xsd="http://www.w3.org/2001/XMLSchema" xmlns:xs="http://www.w3.org/2001/XMLSchema" xmlns:p="http://schemas.microsoft.com/office/2006/metadata/properties" xmlns:ns2="c76dfb46-65f6-4250-a8d7-a754cfd3157e" xmlns:ns3="f0613196-1991-4232-b461-a36d35976bf2" targetNamespace="http://schemas.microsoft.com/office/2006/metadata/properties" ma:root="true" ma:fieldsID="d6999076ee155f9c18d02e0459f2aafa" ns2:_="" ns3:_="">
    <xsd:import namespace="c76dfb46-65f6-4250-a8d7-a754cfd3157e"/>
    <xsd:import namespace="f0613196-1991-4232-b461-a36d35976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dfb46-65f6-4250-a8d7-a754cfd31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e259aace-db7d-4e79-911f-194f47b9ef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613196-1991-4232-b461-a36d35976bf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a59a1d9-ec88-4845-a7f8-fa46f58f09ba}" ma:internalName="TaxCatchAll" ma:showField="CatchAllData" ma:web="f0613196-1991-4232-b461-a36d35976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613196-1991-4232-b461-a36d35976bf2" xsi:nil="true"/>
    <lcf76f155ced4ddcb4097134ff3c332f xmlns="c76dfb46-65f6-4250-a8d7-a754cfd315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3D58A9-4427-432F-B49B-49FF7B5F3A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C8A234-314A-4FB5-A14F-545210677B12}"/>
</file>

<file path=customXml/itemProps3.xml><?xml version="1.0" encoding="utf-8"?>
<ds:datastoreItem xmlns:ds="http://schemas.openxmlformats.org/officeDocument/2006/customXml" ds:itemID="{EF80F598-753C-46FD-BF34-E5597361197C}"/>
</file>

<file path=customXml/itemProps4.xml><?xml version="1.0" encoding="utf-8"?>
<ds:datastoreItem xmlns:ds="http://schemas.openxmlformats.org/officeDocument/2006/customXml" ds:itemID="{417E5C2A-24AC-4FA2-891C-BF14FAF19BB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Santini Samanta</cp:lastModifiedBy>
  <cp:revision>23</cp:revision>
  <dcterms:created xsi:type="dcterms:W3CDTF">2026-10-08T06:15:00Z</dcterms:created>
  <dcterms:modified xsi:type="dcterms:W3CDTF">2026-10-21T09:02:11Z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0x010100D506BD68D00C6240965D1018BF7D5207</vt:lpwstr>
  </property>
  <property fmtid="{D5CDD505-2E9C-101B-9397-08002B2CF9AE}" pid="3" name="MediaServiceImageTags">
    <vt:lpwstr/>
  </property>
</Properties>
</file>