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CC4B84" w:rsidR="00D14C53" w:rsidP="54E72E6E" w:rsidRDefault="00D14C53" w14:paraId="672A6659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color w:val="auto"/>
          <w:sz w:val="28"/>
          <w:szCs w:val="28"/>
          <w:lang w:val="it-IT"/>
        </w:rPr>
      </w:pPr>
    </w:p>
    <w:p xmlns:wp14="http://schemas.microsoft.com/office/word/2010/wordml" w:rsidRPr="00280847" w:rsidR="00280847" w:rsidP="54E72E6E" w:rsidRDefault="00757CC3" w14:paraId="54D49534" wp14:textId="73BACA14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</w:pP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PR FSE+ EMILIA-ROMAGNA 2021-2027 - PRIORITÀ 3 - INCLUSIONE SOCIALE</w:t>
      </w:r>
      <w:r w:rsidRPr="21BA946E" w:rsidR="1CEF122C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 xml:space="preserve"> – 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OB</w:t>
      </w:r>
      <w:r w:rsidRPr="21BA946E" w:rsidR="1CEF122C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.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 xml:space="preserve"> SPECIFICO 4.11</w:t>
      </w:r>
      <w:r>
        <w:br/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AGENDA TRASFORMATIVA URBANA PER LO SVILUPPO SOSTENIBILE - ATUSS</w:t>
      </w:r>
      <w:r>
        <w:br/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color w:val="auto"/>
          <w:sz w:val="24"/>
          <w:szCs w:val="24"/>
          <w:lang w:val="it-IT"/>
        </w:rPr>
        <w:t xml:space="preserve">Operazione “Realizzazione della Casa del Quartiere San Leonardo” </w:t>
      </w:r>
    </w:p>
    <w:p xmlns:wp14="http://schemas.microsoft.com/office/word/2010/wordml" w:rsidRPr="00280847" w:rsidR="00D14C53" w:rsidP="54E72E6E" w:rsidRDefault="00757CC3" w14:paraId="74D5C359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8"/>
          <w:szCs w:val="28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CUP I99I23000770001</w:t>
      </w:r>
      <w:r>
        <w:br/>
      </w:r>
    </w:p>
    <w:p xmlns:wp14="http://schemas.microsoft.com/office/word/2010/wordml" w:rsidRPr="00280847" w:rsidR="00D14C53" w:rsidP="54E72E6E" w:rsidRDefault="00757CC3" w14:paraId="3A226D02" wp14:textId="364A00F8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</w:pP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MOD. B</w:t>
      </w:r>
      <w:r>
        <w:br/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DICHIARAZIONE SOSTITUTIVA</w:t>
      </w:r>
      <w:r>
        <w:br/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i w:val="1"/>
          <w:iCs w:val="1"/>
          <w:color w:val="auto"/>
          <w:sz w:val="24"/>
          <w:szCs w:val="24"/>
          <w:lang w:val="it-IT"/>
        </w:rPr>
        <w:t>resa ai sensi degli artt. 46 e 47 del D.P.R. 28 dicembre 2000, n. 445.</w:t>
      </w:r>
    </w:p>
    <w:p xmlns:wp14="http://schemas.microsoft.com/office/word/2010/wordml" w:rsidRPr="00280847" w:rsidR="00D14C53" w:rsidP="54E72E6E" w:rsidRDefault="00757CC3" w14:paraId="1E5A1B64" wp14:textId="77777777">
      <w:pPr>
        <w:pStyle w:val="FormHint"/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8"/>
          <w:szCs w:val="28"/>
          <w:lang w:val="it-IT"/>
        </w:rPr>
      </w:pP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color w:val="auto"/>
          <w:sz w:val="24"/>
          <w:szCs w:val="24"/>
          <w:lang w:val="it-IT"/>
        </w:rPr>
        <w:t>AVVISO PUBBLICO PER LA CONCESSIONE DI CONTRIBUTI A SOSTEGNO DI PROGETTI EDUCATIVI, SPORTIVI, CULTURALI, SOCIALI E DI WELFARE DI COMUNITÀ NEL QUARTIERE SAN LEONARDO</w:t>
      </w:r>
    </w:p>
    <w:p xmlns:wp14="http://schemas.microsoft.com/office/word/2010/wordml" w:rsidR="009548A7" w:rsidP="54E72E6E" w:rsidRDefault="009548A7" w14:paraId="0A37501D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="00D14C53" w:rsidP="54E72E6E" w:rsidRDefault="00757CC3" w14:paraId="4DC6256D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DATI DEL DICHIARANTE E DELL’ENTE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5877"/>
      </w:tblGrid>
      <w:tr xmlns:wp14="http://schemas.microsoft.com/office/word/2010/wordml" w:rsidRPr="005356F1" w:rsidR="00D14C53" w:rsidTr="54E72E6E" w14:paraId="33611785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5849EA3D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Cognome e nome del dichiarante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5DAB6C7B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0EBE14CB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13DED014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Luogo e data di nascita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02EB378F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2A6016A7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66BB8F89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Codice fiscale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6A05A809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79ECFE00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7E46AE0D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Qualifica / carica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5A39BBE3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32DF48A7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1F0895F9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Denominazione ente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41C8F396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5F693380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6ED16F85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Codice fiscale ente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72A3D3EC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6C6E9650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1F8E34B1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Partita IVA (se posseduta)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0D0B940D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505DA3A1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757F56BB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Sede legale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0E27B00A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66444793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757CC3" w14:paraId="3377209F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PEC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60061E4C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CC4B84" w:rsidTr="54E72E6E" w14:paraId="597BFB4D" wp14:textId="77777777">
        <w:trPr>
          <w:jc w:val="center"/>
        </w:trPr>
        <w:tc>
          <w:tcPr>
            <w:tcW w:w="3823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CC4B84" w:rsidP="54E72E6E" w:rsidRDefault="00CC4B84" w14:paraId="52BD0270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</w:pPr>
            <w:r w:rsidRPr="54E72E6E" w:rsidR="00CC4B84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4"/>
                <w:szCs w:val="24"/>
                <w:lang w:val="it-IT"/>
              </w:rPr>
              <w:t>Titolo progetto</w:t>
            </w:r>
          </w:p>
        </w:tc>
        <w:tc>
          <w:tcPr>
            <w:tcW w:w="5877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CC4B84" w:rsidP="54E72E6E" w:rsidRDefault="00CC4B84" w14:paraId="44EAFD9C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5356F1" w:rsidR="00D14C53" w:rsidP="54E72E6E" w:rsidRDefault="00D14C53" w14:paraId="4B94D5A5" wp14:textId="77777777">
      <w:pPr>
        <w:spacing w:after="20"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="009548A7" w:rsidP="54E72E6E" w:rsidRDefault="00757CC3" w14:paraId="646D4363" wp14:textId="77777777">
      <w:pPr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24"/>
          <w:szCs w:val="24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24"/>
          <w:szCs w:val="24"/>
          <w:lang w:val="it-IT"/>
        </w:rPr>
        <w:t>Il/La sottoscritto/a, consapevole delle responsabilità e delle sanzioni penali previste dall’art. 76 del D.P.R. 445/2000 in caso di dichiarazioni mendaci, nonché della decadenza dai benefici prevista dall’art. 75 del medesimo D.P.R., sotto la propria responsabil</w:t>
      </w:r>
      <w:r w:rsidRPr="54E72E6E" w:rsidR="00CE3EFD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24"/>
          <w:szCs w:val="24"/>
          <w:lang w:val="it-IT"/>
        </w:rPr>
        <w:t xml:space="preserve">ità </w:t>
      </w:r>
    </w:p>
    <w:p xmlns:wp14="http://schemas.microsoft.com/office/word/2010/wordml" w:rsidR="00CC4B84" w:rsidP="54E72E6E" w:rsidRDefault="00CC4B84" w14:paraId="3DEEC669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24"/>
          <w:szCs w:val="24"/>
          <w:lang w:val="it-IT"/>
        </w:rPr>
      </w:pPr>
    </w:p>
    <w:p xmlns:wp14="http://schemas.microsoft.com/office/word/2010/wordml" w:rsidRPr="005356F1" w:rsidR="00D14C53" w:rsidP="54E72E6E" w:rsidRDefault="009548A7" w14:paraId="68C73323" wp14:textId="77777777">
      <w:pPr>
        <w:spacing w:line="288" w:lineRule="auto"/>
        <w:contextualSpacing w:val="1"/>
        <w:jc w:val="center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9548A7">
        <w:rPr>
          <w:rFonts w:ascii="Calibri" w:hAnsi="Calibri" w:eastAsia="Calibri" w:cs="Calibri" w:asciiTheme="majorAscii" w:hAnsiTheme="majorAscii" w:eastAsiaTheme="majorAscii" w:cstheme="majorAscii"/>
          <w:b w:val="1"/>
          <w:bCs w:val="1"/>
          <w:sz w:val="24"/>
          <w:szCs w:val="24"/>
          <w:lang w:val="it-IT"/>
        </w:rPr>
        <w:t>DICHIARA</w:t>
      </w:r>
    </w:p>
    <w:p xmlns:wp14="http://schemas.microsoft.com/office/word/2010/wordml" w:rsidRPr="005356F1" w:rsidR="00D14C53" w:rsidP="54E72E6E" w:rsidRDefault="00757CC3" w14:paraId="66DD1D0B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1. TIPOLOGIA DEL SOGGETTO PROPONENTE</w:t>
      </w:r>
    </w:p>
    <w:p xmlns:wp14="http://schemas.microsoft.com/office/word/2010/wordml" w:rsidRPr="005356F1" w:rsidR="00D14C53" w:rsidP="54E72E6E" w:rsidRDefault="00D32AC9" w14:paraId="5412390E" wp14:textId="77777777">
      <w:pPr>
        <w:spacing w:line="288" w:lineRule="auto"/>
        <w:ind w:left="426" w:hanging="426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D32AC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Ente del Terzo Settore</w:t>
      </w:r>
      <w:r w:rsidRPr="54E72E6E" w:rsidR="00D32AC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regolarmente iscritto al RUNTS -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Sezion</w:t>
      </w: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e: __________________________ -</w:t>
      </w:r>
      <w:r w:rsidRPr="54E72E6E" w:rsidR="00D32AC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Estremi I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scrizione: __________________________;</w:t>
      </w:r>
    </w:p>
    <w:p xmlns:wp14="http://schemas.microsoft.com/office/word/2010/wordml" w:rsidRPr="005356F1" w:rsidR="00D14C53" w:rsidP="54E72E6E" w:rsidRDefault="002B3BD9" w14:paraId="26B9B70D" wp14:textId="77777777">
      <w:pPr>
        <w:spacing w:line="288" w:lineRule="auto"/>
        <w:ind w:left="426" w:hanging="426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Associazione o società sportiva dilettantistica regolarmente costituita e iscritta al Registro nazionale delle attività sportive dilettantistiche (RASD), ove previsto. Estremi: __________________________;</w:t>
      </w:r>
    </w:p>
    <w:p xmlns:wp14="http://schemas.microsoft.com/office/word/2010/wordml" w:rsidRPr="005356F1" w:rsidR="00D14C53" w:rsidP="54E72E6E" w:rsidRDefault="002B3BD9" w14:paraId="34CD586B" wp14:textId="77777777">
      <w:pPr>
        <w:spacing w:line="288" w:lineRule="auto"/>
        <w:ind w:left="426" w:hanging="426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D32AC9">
        <w:rPr>
          <w:rFonts w:ascii="Calibri" w:hAnsi="Calibri" w:eastAsia="Calibri" w:cs="Calibri" w:asciiTheme="majorAscii" w:hAnsiTheme="majorAscii" w:eastAsiaTheme="majorAscii" w:cstheme="majorAscii"/>
          <w:sz w:val="40"/>
          <w:szCs w:val="40"/>
          <w:lang w:val="it-IT"/>
        </w:rPr>
        <w:t xml:space="preserve"> 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Associazione, fondazione o altro ente privato senza scopo di lucro, regolarmente costituito, con finalità statutarie compatibili con le attività proposte.</w:t>
      </w:r>
    </w:p>
    <w:p xmlns:wp14="http://schemas.microsoft.com/office/word/2010/wordml" w:rsidR="00CC4B84" w:rsidP="54E72E6E" w:rsidRDefault="00CC4B84" w14:paraId="3656B9AB" wp14:textId="77777777">
      <w:pPr>
        <w:pStyle w:val="Titolo1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D14C53" w:rsidP="54E72E6E" w:rsidRDefault="00757CC3" w14:paraId="67EF53E3" wp14:textId="77777777">
      <w:pPr>
        <w:pStyle w:val="Titolo1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2. REQUISITI E CONDIZIONI DI PARTECIPAZIONE</w:t>
      </w:r>
    </w:p>
    <w:p xmlns:wp14="http://schemas.microsoft.com/office/word/2010/wordml" w:rsidRPr="005356F1" w:rsidR="00D14C53" w:rsidP="54E72E6E" w:rsidRDefault="002B3BD9" w14:paraId="7210E098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è regolarmente costituito e le finalità statutarie sono coerenti con il progetto proposto;</w:t>
      </w:r>
    </w:p>
    <w:p xmlns:wp14="http://schemas.microsoft.com/office/word/2010/wordml" w:rsidRPr="005356F1" w:rsidR="00D14C53" w:rsidP="54E72E6E" w:rsidRDefault="002B3BD9" w14:paraId="004DFB5D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non persegue finalità di lucro, fatto salvo quanto consentito dalla disciplina applicabile alla specifica forma giuridica;</w:t>
      </w:r>
    </w:p>
    <w:p xmlns:wp14="http://schemas.microsoft.com/office/word/2010/wordml" w:rsidRPr="005356F1" w:rsidR="00D14C53" w:rsidP="54E72E6E" w:rsidRDefault="002B3BD9" w14:paraId="754F9A09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non si trova in condizioni ostative alla concessione di contributi pubblici;</w:t>
      </w:r>
    </w:p>
    <w:p xmlns:wp14="http://schemas.microsoft.com/office/word/2010/wordml" w:rsidRPr="005356F1" w:rsidR="00D14C53" w:rsidP="54E72E6E" w:rsidRDefault="002B3BD9" w14:paraId="1406C1BD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è in regola con gli obblighi previdenziali, contributivi e assicurativi, ove applicabili;</w:t>
      </w:r>
    </w:p>
    <w:p xmlns:wp14="http://schemas.microsoft.com/office/word/2010/wordml" w:rsidRPr="005356F1" w:rsidR="00D14C53" w:rsidP="54E72E6E" w:rsidRDefault="002B3BD9" w14:paraId="1532B3A1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è in regola con la normativa in materia di salute e sicurezza nei luoghi di lavoro, ove applicabile;</w:t>
      </w:r>
    </w:p>
    <w:p xmlns:wp14="http://schemas.microsoft.com/office/word/2010/wordml" w:rsidRPr="005356F1" w:rsidR="00D14C53" w:rsidP="54E72E6E" w:rsidRDefault="002B3BD9" w14:paraId="553A2AB9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rispetta la normativa in materia di lavoro e la contrattazione collettiva applicabile;</w:t>
      </w:r>
    </w:p>
    <w:p xmlns:wp14="http://schemas.microsoft.com/office/word/2010/wordml" w:rsidRPr="005356F1" w:rsidR="00D14C53" w:rsidP="54E72E6E" w:rsidRDefault="002B3BD9" w14:paraId="3E6E3071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rispetta la normativa in materia di tutela dei minori e delle persone vulnerabili, ove pertinente alle attività proposte;</w:t>
      </w:r>
    </w:p>
    <w:p xmlns:wp14="http://schemas.microsoft.com/office/word/2010/wordml" w:rsidRPr="005356F1" w:rsidR="00D14C53" w:rsidP="54E72E6E" w:rsidRDefault="002B3BD9" w14:paraId="4D2C760A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non sussistono situazioni di incompatibilità o conflitto di interessi non gestibile ai sensi della normativa vigente;</w:t>
      </w:r>
    </w:p>
    <w:p xmlns:wp14="http://schemas.microsoft.com/office/word/2010/wordml" w:rsidRPr="005356F1" w:rsidR="00D14C53" w:rsidP="54E72E6E" w:rsidRDefault="002B3BD9" w14:paraId="385CECED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possiede, o si impegna a possedere prima dell’avvio delle relative attività, ogni autorizzazione, accreditamento o requisito necessario per le specifiche attività proposte;</w:t>
      </w:r>
    </w:p>
    <w:p xmlns:wp14="http://schemas.microsoft.com/office/word/2010/wordml" w:rsidRPr="005356F1" w:rsidR="00D14C53" w:rsidP="54E72E6E" w:rsidRDefault="002B3BD9" w14:paraId="1E94CD84" wp14:textId="77777777">
      <w:pPr>
        <w:spacing w:line="288" w:lineRule="auto"/>
        <w:ind w:left="426" w:hanging="397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21BA946E" w:rsidR="4BBF4A25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si impegna a comunicare tempestivamente ogni variazione rilevante dei dati e delle dichiarazioni rese.</w:t>
      </w:r>
    </w:p>
    <w:p w:rsidR="21BA946E" w:rsidP="21BA946E" w:rsidRDefault="21BA946E" w14:paraId="56ABFF6A" w14:textId="12046BAF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w:rsidR="21BA946E" w:rsidP="21BA946E" w:rsidRDefault="21BA946E" w14:paraId="048819F9" w14:textId="1043D8EA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w:rsidR="21BA946E" w:rsidP="21BA946E" w:rsidRDefault="21BA946E" w14:paraId="1784236B" w14:textId="4BF241FB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D14C53" w:rsidP="54E72E6E" w:rsidRDefault="00757CC3" w14:paraId="06228BCF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3. REGOLARITÀ CONTRIBUTIVA - DATI UTILI ALLE VERIFICHE</w:t>
      </w:r>
    </w:p>
    <w:p xmlns:wp14="http://schemas.microsoft.com/office/word/2010/wordml" w:rsidRPr="00FA73CF" w:rsidR="00D14C53" w:rsidP="54E72E6E" w:rsidRDefault="00757CC3" w14:paraId="7CCE0919" wp14:textId="77777777">
      <w:pPr>
        <w:pStyle w:val="FormHint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Compilare 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>se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  <w:t xml:space="preserve"> pertinente; non sostituisce gli accertamenti che l’Amministrazione effettuerà secondo la normativa applicabile.</w:t>
      </w:r>
    </w:p>
    <w:p xmlns:wp14="http://schemas.microsoft.com/office/word/2010/wordml" w:rsidRPr="005356F1" w:rsidR="00D14C53" w:rsidP="54E72E6E" w:rsidRDefault="002B3BD9" w14:paraId="4085312D" wp14:textId="77777777">
      <w:pPr>
        <w:spacing w:line="288" w:lineRule="auto"/>
        <w:ind w:left="113" w:hanging="113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occupa lavoratori ed è tenuto agli adempimenti previdenziali/assicurativi.</w:t>
      </w:r>
    </w:p>
    <w:p xmlns:wp14="http://schemas.microsoft.com/office/word/2010/wordml" w:rsidR="00D14C53" w:rsidP="54E72E6E" w:rsidRDefault="002B3BD9" w14:paraId="754C48AC" wp14:textId="77777777">
      <w:pPr>
        <w:spacing w:line="288" w:lineRule="auto"/>
        <w:ind w:left="113" w:hanging="113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non occupa lavoratori e non è tenuto agli adempimenti previdenziali/assicurativi.</w:t>
      </w:r>
    </w:p>
    <w:p xmlns:wp14="http://schemas.microsoft.com/office/word/2010/wordml" w:rsidRPr="005356F1" w:rsidR="00CC4B84" w:rsidP="54E72E6E" w:rsidRDefault="00CC4B84" w14:paraId="45FB0818" wp14:textId="77777777">
      <w:pPr>
        <w:spacing w:line="288" w:lineRule="auto"/>
        <w:ind w:left="113" w:hanging="113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05"/>
        <w:gridCol w:w="5953"/>
      </w:tblGrid>
      <w:tr xmlns:wp14="http://schemas.microsoft.com/office/word/2010/wordml" w:rsidRPr="005356F1" w:rsidR="00D14C53" w:rsidTr="54E72E6E" w14:paraId="237CF03F" wp14:textId="77777777">
        <w:trPr>
          <w:jc w:val="center"/>
        </w:trPr>
        <w:tc>
          <w:tcPr>
            <w:tcW w:w="3605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CC4B84" w:rsidR="00D14C53" w:rsidP="54E72E6E" w:rsidRDefault="00757CC3" w14:paraId="2FDD2031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  <w:lang w:val="it-IT"/>
              </w:rPr>
              <w:t>INPS - matricola / sede (se applicabile)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049F31CB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0BE50F2D" wp14:textId="77777777">
        <w:trPr>
          <w:jc w:val="center"/>
        </w:trPr>
        <w:tc>
          <w:tcPr>
            <w:tcW w:w="3605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CC4B84" w:rsidR="00D14C53" w:rsidP="54E72E6E" w:rsidRDefault="00757CC3" w14:paraId="0CC648BD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  <w:lang w:val="it-IT"/>
              </w:rPr>
              <w:t>INAIL - PAT / sede (se applicabile)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53128261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  <w:tr xmlns:wp14="http://schemas.microsoft.com/office/word/2010/wordml" w:rsidRPr="005356F1" w:rsidR="00D14C53" w:rsidTr="54E72E6E" w14:paraId="32630422" wp14:textId="77777777">
        <w:trPr>
          <w:jc w:val="center"/>
        </w:trPr>
        <w:tc>
          <w:tcPr>
            <w:tcW w:w="3605" w:type="dxa"/>
            <w:shd w:val="clear" w:color="auto" w:fill="EAF2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CC4B84" w:rsidR="00D14C53" w:rsidP="54E72E6E" w:rsidRDefault="00757CC3" w14:paraId="40B395B7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sz w:val="20"/>
                <w:szCs w:val="20"/>
                <w:lang w:val="it-IT"/>
              </w:rPr>
              <w:t>CCNL applicato (se applicabile)</w:t>
            </w:r>
          </w:p>
        </w:tc>
        <w:tc>
          <w:tcPr>
            <w:tcW w:w="5953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Pr="005356F1" w:rsidR="00D14C53" w:rsidP="54E72E6E" w:rsidRDefault="00D14C53" w14:paraId="62486C05" wp14:textId="77777777">
            <w:pPr>
              <w:spacing w:after="0"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</w:p>
        </w:tc>
      </w:tr>
    </w:tbl>
    <w:p xmlns:wp14="http://schemas.microsoft.com/office/word/2010/wordml" w:rsidRPr="005356F1" w:rsidR="00D14C53" w:rsidP="54E72E6E" w:rsidRDefault="00D14C53" w14:paraId="4101652C" wp14:textId="77777777">
      <w:pPr>
        <w:spacing w:after="20"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5356F1" w:rsidR="00D14C53" w:rsidP="54E72E6E" w:rsidRDefault="00757CC3" w14:paraId="16D3AE1F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4. CUMULO, ALTRE FONTI E DIVIETO DI DOPPIO FINANZIAMENTO</w:t>
      </w:r>
    </w:p>
    <w:p xmlns:wp14="http://schemas.microsoft.com/office/word/2010/wordml" w:rsidRPr="005356F1" w:rsidR="00D14C53" w:rsidP="54E72E6E" w:rsidRDefault="002B3BD9" w14:paraId="34A1BD36" wp14:textId="77777777">
      <w:pPr>
        <w:spacing w:line="288" w:lineRule="auto"/>
        <w:ind w:left="113" w:hanging="113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progetto</w:t>
      </w:r>
      <w:r w:rsidRPr="54E72E6E" w:rsidR="00CC4B84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presentato a contributo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non beneficia di altre risorse pubbliche o private;</w:t>
      </w:r>
    </w:p>
    <w:p xmlns:wp14="http://schemas.microsoft.com/office/word/2010/wordml" w:rsidRPr="005356F1" w:rsidR="00D14C53" w:rsidP="54E72E6E" w:rsidRDefault="002B3BD9" w14:paraId="5BCE5CB9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progetto</w:t>
      </w:r>
      <w:r w:rsidRPr="54E72E6E" w:rsidR="00CC4B84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presentato a contributo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beneficia o ha richiesto altre risorse pubbliche/private, come di seguito indicate, fermo restando il divieto di doppio fin</w:t>
      </w:r>
      <w:r w:rsidRPr="54E72E6E" w:rsidR="00CC4B84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anziamento della medesima spesa: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409"/>
        <w:gridCol w:w="2122"/>
        <w:gridCol w:w="2742"/>
      </w:tblGrid>
      <w:tr xmlns:wp14="http://schemas.microsoft.com/office/word/2010/wordml" w:rsidRPr="007658AD" w:rsidR="00D14C53" w:rsidTr="54E72E6E" w14:paraId="350F22E1" wp14:textId="77777777">
        <w:trPr>
          <w:tblHeader/>
          <w:jc w:val="center"/>
        </w:trPr>
        <w:tc>
          <w:tcPr>
            <w:tcW w:w="2268" w:type="dxa"/>
            <w:shd w:val="clear" w:color="auto" w:fill="DBE5F1" w:themeFill="accent1" w:themeFillTint="33"/>
            <w:tcMar/>
          </w:tcPr>
          <w:p w:rsidRPr="002B3BD9" w:rsidR="00D14C53" w:rsidP="54E72E6E" w:rsidRDefault="00757CC3" w14:paraId="61E2539C" wp14:textId="77777777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0"/>
                <w:szCs w:val="20"/>
                <w:lang w:val="it-IT"/>
              </w:rPr>
              <w:t>Fonte / soggetto finanziatore</w:t>
            </w:r>
          </w:p>
        </w:tc>
        <w:tc>
          <w:tcPr>
            <w:tcW w:w="2409" w:type="dxa"/>
            <w:shd w:val="clear" w:color="auto" w:fill="DBE5F1" w:themeFill="accent1" w:themeFillTint="33"/>
            <w:tcMar/>
          </w:tcPr>
          <w:p w:rsidRPr="002B3BD9" w:rsidR="00D14C53" w:rsidP="54E72E6E" w:rsidRDefault="00757CC3" w14:paraId="32141661" wp14:textId="77777777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0"/>
                <w:szCs w:val="20"/>
                <w:lang w:val="it-IT"/>
              </w:rPr>
              <w:t>Importo (€)</w:t>
            </w:r>
          </w:p>
        </w:tc>
        <w:tc>
          <w:tcPr>
            <w:tcW w:w="2122" w:type="dxa"/>
            <w:shd w:val="clear" w:color="auto" w:fill="DBE5F1" w:themeFill="accent1" w:themeFillTint="33"/>
            <w:tcMar/>
          </w:tcPr>
          <w:p w:rsidRPr="002B3BD9" w:rsidR="00D14C53" w:rsidP="54E72E6E" w:rsidRDefault="00757CC3" w14:paraId="10C4BA72" wp14:textId="77777777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0"/>
                <w:szCs w:val="20"/>
                <w:lang w:val="it-IT"/>
              </w:rPr>
              <w:t>Stato (richiesto/concesso)</w:t>
            </w:r>
          </w:p>
        </w:tc>
        <w:tc>
          <w:tcPr>
            <w:tcW w:w="2742" w:type="dxa"/>
            <w:shd w:val="clear" w:color="auto" w:fill="DBE5F1" w:themeFill="accent1" w:themeFillTint="33"/>
            <w:tcMar/>
          </w:tcPr>
          <w:p w:rsidRPr="002B3BD9" w:rsidR="00D14C53" w:rsidP="54E72E6E" w:rsidRDefault="00757CC3" w14:paraId="4A275276" wp14:textId="77777777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color w:val="auto"/>
                <w:sz w:val="20"/>
                <w:szCs w:val="20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b w:val="1"/>
                <w:bCs w:val="1"/>
                <w:color w:val="auto"/>
                <w:sz w:val="20"/>
                <w:szCs w:val="20"/>
                <w:lang w:val="it-IT"/>
              </w:rPr>
              <w:t>Spese/attività cui si riferisce</w:t>
            </w:r>
          </w:p>
        </w:tc>
      </w:tr>
      <w:tr xmlns:wp14="http://schemas.microsoft.com/office/word/2010/wordml" w:rsidRPr="007658AD" w:rsidR="00D14C53" w:rsidTr="54E72E6E" w14:paraId="4B99056E" wp14:textId="77777777">
        <w:trPr>
          <w:jc w:val="center"/>
        </w:trPr>
        <w:tc>
          <w:tcPr>
            <w:tcW w:w="22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1299C43A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40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4DDBEF00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12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3461D779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74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3CF2D8B6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</w:tr>
      <w:tr xmlns:wp14="http://schemas.microsoft.com/office/word/2010/wordml" w:rsidRPr="007658AD" w:rsidR="00D14C53" w:rsidTr="54E72E6E" w14:paraId="0FB78278" wp14:textId="77777777">
        <w:trPr>
          <w:jc w:val="center"/>
        </w:trPr>
        <w:tc>
          <w:tcPr>
            <w:tcW w:w="22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1FC39945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409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0562CB0E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12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34CE0A41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  <w:tc>
          <w:tcPr>
            <w:tcW w:w="274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Pr="007658AD" w:rsidR="00D14C53" w:rsidP="54E72E6E" w:rsidRDefault="00D14C53" w14:paraId="62EBF3C5" wp14:textId="77777777">
            <w:pPr>
              <w:spacing w:line="288" w:lineRule="auto"/>
              <w:contextualSpacing w:val="1"/>
              <w:rPr>
                <w:rFonts w:ascii="Calibri" w:hAnsi="Calibri" w:eastAsia="Calibri" w:cs="Calibri" w:asciiTheme="majorAscii" w:hAnsiTheme="majorAscii" w:eastAsiaTheme="majorAscii" w:cstheme="majorAscii"/>
                <w:sz w:val="20"/>
                <w:szCs w:val="20"/>
                <w:lang w:val="it-IT"/>
              </w:rPr>
            </w:pPr>
          </w:p>
        </w:tc>
      </w:tr>
    </w:tbl>
    <w:p xmlns:wp14="http://schemas.microsoft.com/office/word/2010/wordml" w:rsidR="00CC4B84" w:rsidP="54E72E6E" w:rsidRDefault="00CC4B84" w14:paraId="6D98A12B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D14C53" w:rsidP="54E72E6E" w:rsidRDefault="00757CC3" w14:paraId="75075906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5. REGIME IVA</w:t>
      </w:r>
    </w:p>
    <w:p xmlns:wp14="http://schemas.microsoft.com/office/word/2010/wordml" w:rsidRPr="005356F1" w:rsidR="00D14C53" w:rsidP="54E72E6E" w:rsidRDefault="00757CC3" w14:paraId="587D5A28" wp14:textId="77777777">
      <w:pPr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Ai fini della corretta determinazione delle spese ammissibili, in relazione alle spese del progetto, il soggetto dichiara che:</w:t>
      </w:r>
    </w:p>
    <w:p xmlns:wp14="http://schemas.microsoft.com/office/word/2010/wordml" w:rsidRPr="005356F1" w:rsidR="00D14C53" w:rsidP="54E72E6E" w:rsidRDefault="002B3BD9" w14:paraId="108D67D5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l’IVA è integralmente detraibile/recuperabile e pertanto non sarà imputata tra i costi del progetto;</w:t>
      </w:r>
    </w:p>
    <w:p xmlns:wp14="http://schemas.microsoft.com/office/word/2010/wordml" w:rsidRPr="005356F1" w:rsidR="00D14C53" w:rsidP="54E72E6E" w:rsidRDefault="002B3BD9" w14:paraId="3EDF2721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l’IVA è parzialmente detraibile/recuperabile nella misura del __</w:t>
      </w:r>
      <w:r w:rsidRPr="54E72E6E" w:rsidR="00FA73CF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_______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_____% e sarà imputata esclusivamente per la quota non recuperabile;</w:t>
      </w:r>
    </w:p>
    <w:p xmlns:wp14="http://schemas.microsoft.com/office/word/2010/wordml" w:rsidRPr="005356F1" w:rsidR="00D14C53" w:rsidP="54E72E6E" w:rsidRDefault="002B3BD9" w14:paraId="211065FD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l’IVA non è detraibile/recuperabile e costituisce pertanto un costo effettivo per il soggetto;</w:t>
      </w:r>
    </w:p>
    <w:p xmlns:wp14="http://schemas.microsoft.com/office/word/2010/wordml" w:rsidRPr="005356F1" w:rsidR="00D14C53" w:rsidP="54E72E6E" w:rsidRDefault="002B3BD9" w14:paraId="77724448" wp14:textId="393C7D51">
      <w:pPr>
        <w:spacing w:line="288" w:lineRule="auto"/>
        <w:ind w:left="284" w:hanging="284"/>
        <w:contextualSpacing w:val="1"/>
        <w:jc w:val="both"/>
      </w:pPr>
      <w:r w:rsidRPr="21BA946E" w:rsidR="4BBF4A25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regime IVA non è applicabile al soggetto / alle operazioni considerate. </w:t>
      </w:r>
    </w:p>
    <w:p xmlns:wp14="http://schemas.microsoft.com/office/word/2010/wordml" w:rsidRPr="005356F1" w:rsidR="00D14C53" w:rsidP="21BA946E" w:rsidRDefault="002B3BD9" w14:paraId="0A000911" wp14:textId="5AB033EC">
      <w:pPr>
        <w:pStyle w:val="Normale"/>
        <w:spacing w:line="288" w:lineRule="auto"/>
        <w:ind w:left="284" w:hanging="1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i w:val="0"/>
          <w:iCs w:val="0"/>
          <w:color w:val="auto"/>
          <w:sz w:val="24"/>
          <w:szCs w:val="24"/>
          <w:lang w:val="it-IT"/>
        </w:rPr>
      </w:pPr>
    </w:p>
    <w:p xmlns:wp14="http://schemas.microsoft.com/office/word/2010/wordml" w:rsidRPr="005356F1" w:rsidR="00D14C53" w:rsidP="21BA946E" w:rsidRDefault="002B3BD9" w14:paraId="28E2AB52" wp14:textId="69E3684C">
      <w:pPr>
        <w:pStyle w:val="Normale"/>
        <w:spacing w:line="288" w:lineRule="auto"/>
        <w:ind w:left="0" w:hanging="1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i w:val="0"/>
          <w:iCs w:val="0"/>
          <w:color w:val="auto"/>
          <w:sz w:val="24"/>
          <w:szCs w:val="24"/>
          <w:lang w:val="it-IT"/>
        </w:rPr>
      </w:pPr>
      <w:r w:rsidRPr="21BA946E" w:rsidR="77C52548">
        <w:rPr>
          <w:rFonts w:ascii="Calibri" w:hAnsi="Calibri" w:eastAsia="Calibri" w:cs="Calibri" w:asciiTheme="majorAscii" w:hAnsiTheme="majorAscii" w:eastAsiaTheme="majorAscii" w:cstheme="majorAscii"/>
          <w:i w:val="0"/>
          <w:iCs w:val="0"/>
          <w:color w:val="auto"/>
          <w:sz w:val="24"/>
          <w:szCs w:val="24"/>
          <w:lang w:val="it-IT"/>
        </w:rPr>
        <w:t>impegnandosi a comunicare eventuali variazioni del regime IVA che incidano sull’ammissibilità delle spese.</w:t>
      </w:r>
    </w:p>
    <w:p xmlns:wp14="http://schemas.microsoft.com/office/word/2010/wordml" w:rsidRPr="005356F1" w:rsidR="00D14C53" w:rsidP="21BA946E" w:rsidRDefault="002B3BD9" w14:paraId="0F816566" wp14:textId="21CFEF85">
      <w:pPr>
        <w:pStyle w:val="Normale"/>
        <w:suppressLineNumbers w:val="0"/>
        <w:bidi w:val="0"/>
        <w:spacing w:before="0" w:beforeAutospacing="off" w:after="80" w:afterAutospacing="off" w:line="288" w:lineRule="auto"/>
        <w:ind w:left="284" w:right="0" w:hanging="284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5356F1" w:rsidR="00D14C53" w:rsidP="21BA946E" w:rsidRDefault="002B3BD9" w14:paraId="4F9A9038" wp14:textId="5339A7F6">
      <w:pPr>
        <w:pStyle w:val="Normale"/>
        <w:suppressLineNumbers w:val="0"/>
        <w:bidi w:val="0"/>
        <w:spacing w:before="0" w:beforeAutospacing="off" w:after="80" w:afterAutospacing="off" w:line="288" w:lineRule="auto"/>
        <w:ind w:left="284" w:right="0" w:hanging="284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Specificare</w:t>
      </w:r>
      <w:r w:rsidRPr="21BA946E" w:rsidR="7B98F369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la normativa IVA applicabile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______________________________________________.</w:t>
      </w:r>
    </w:p>
    <w:p xmlns:wp14="http://schemas.microsoft.com/office/word/2010/wordml" w:rsidR="00CF1563" w:rsidP="54E72E6E" w:rsidRDefault="00CF1563" w14:paraId="2946DB82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D14C53" w:rsidP="54E72E6E" w:rsidRDefault="00757CC3" w14:paraId="7353C8F0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6. RITENUTA DEL 4% - ART. 28, COMMA 2, D.P.R. 600/1973</w:t>
      </w:r>
    </w:p>
    <w:p xmlns:wp14="http://schemas.microsoft.com/office/word/2010/wordml" w:rsidRPr="005356F1" w:rsidR="00D14C53" w:rsidP="54E72E6E" w:rsidRDefault="00757CC3" w14:paraId="1AB40B2D" wp14:textId="77777777">
      <w:pPr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Ai fini dell’applicazione della ritenuta d’acconto del 4% sul contributo, il soggetto dichiara:</w:t>
      </w:r>
    </w:p>
    <w:p xmlns:wp14="http://schemas.microsoft.com/office/word/2010/wordml" w:rsidRPr="005356F1" w:rsidR="00D14C53" w:rsidP="54E72E6E" w:rsidRDefault="002B3BD9" w14:paraId="4E209F47" wp14:textId="77777777">
      <w:pPr>
        <w:spacing w:line="288" w:lineRule="auto"/>
        <w:ind w:left="113" w:hanging="113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di essere soggetto alla ritenuta del</w:t>
      </w:r>
      <w:r w:rsidRPr="54E72E6E" w:rsidR="006433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4% ai sensi dell’art. 28, co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2, del D.P.R. 600/1973;</w:t>
      </w:r>
    </w:p>
    <w:p xmlns:wp14="http://schemas.microsoft.com/office/word/2010/wordml" w:rsidRPr="005356F1" w:rsidR="00D14C53" w:rsidP="54E72E6E" w:rsidRDefault="002B3BD9" w14:paraId="2C56F3FD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di non essere soggetto alla ritenuta del 4% in quanto il contributo è riferito ad attività non svolta in regime d’impresa / attività istituzionale non commerciale;</w:t>
      </w:r>
    </w:p>
    <w:p xmlns:wp14="http://schemas.microsoft.com/office/word/2010/wordml" w:rsidRPr="005356F1" w:rsidR="00D14C53" w:rsidP="54E72E6E" w:rsidRDefault="002B3BD9" w14:paraId="22B97E66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200E35">
        <w:rPr>
          <w:rFonts w:ascii="Calibri" w:hAnsi="Calibri" w:eastAsia="Calibri" w:cs="Calibri" w:asciiTheme="majorAscii" w:hAnsiTheme="majorAscii" w:eastAsiaTheme="majorAscii" w:cstheme="majorAscii"/>
          <w:sz w:val="40"/>
          <w:szCs w:val="40"/>
          <w:lang w:val="it-IT"/>
        </w:rPr>
        <w:t xml:space="preserve"> 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di essere esente/non soggetto per altra specifica disposizione normativa. Riferimento normativo: ______________________________________________.</w:t>
      </w:r>
    </w:p>
    <w:p xmlns:wp14="http://schemas.microsoft.com/office/word/2010/wordml" w:rsidR="00200E35" w:rsidP="54E72E6E" w:rsidRDefault="00200E35" w14:paraId="5997CC1D" wp14:textId="77777777">
      <w:pPr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p xmlns:wp14="http://schemas.microsoft.com/office/word/2010/wordml" w:rsidRPr="005356F1" w:rsidR="00D14C53" w:rsidP="54E72E6E" w:rsidRDefault="00757CC3" w14:paraId="4ECD8AD6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7. IMPOSTA DI BOLLO SULL’ISTANZA</w:t>
      </w:r>
    </w:p>
    <w:p xmlns:wp14="http://schemas.microsoft.com/office/word/2010/wordml" w:rsidRPr="005356F1" w:rsidR="00D14C53" w:rsidP="54E72E6E" w:rsidRDefault="002B3BD9" w14:paraId="2448BAEE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è esente dall’imposta di bollo. Disposizione normativa che prevede l’esenzione: ______________________________________________;</w:t>
      </w:r>
    </w:p>
    <w:p xmlns:wp14="http://schemas.microsoft.com/office/word/2010/wordml" w:rsidRPr="005356F1" w:rsidR="00D14C53" w:rsidP="54E72E6E" w:rsidRDefault="002B3BD9" w14:paraId="3B88D3A6" wp14:textId="1A28B20B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21BA946E" w:rsidR="4BBF4A25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21BA946E" w:rsidR="3A8A3CC5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 xml:space="preserve">  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il soggetto non è esente dall’imposta di bollo e</w:t>
      </w:r>
      <w:r w:rsidRPr="21BA946E" w:rsidR="4BBF4A25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ne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provvederà all’assolvimento.</w:t>
      </w:r>
    </w:p>
    <w:p xmlns:wp14="http://schemas.microsoft.com/office/word/2010/wordml" w:rsidR="00CF1563" w:rsidP="54E72E6E" w:rsidRDefault="00CF1563" w14:paraId="110FFD37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D14C53" w:rsidP="54E72E6E" w:rsidRDefault="00757CC3" w14:paraId="10D04A6A" wp14:textId="77777777">
      <w:pPr>
        <w:pStyle w:val="Titolo1"/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8. ACCETTAZIONE DELL’AVVISO E OBBLIGHI FSE+</w:t>
      </w:r>
    </w:p>
    <w:p xmlns:wp14="http://schemas.microsoft.com/office/word/2010/wordml" w:rsidRPr="005356F1" w:rsidR="00D14C53" w:rsidP="54E72E6E" w:rsidRDefault="002B3BD9" w14:paraId="1CBEFBAE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2B3BD9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CF1563">
        <w:rPr>
          <w:rFonts w:ascii="Calibri" w:hAnsi="Calibri" w:eastAsia="Calibri" w:cs="Calibri" w:asciiTheme="majorAscii" w:hAnsiTheme="majorAscii" w:eastAsiaTheme="majorAscii" w:cstheme="majorAscii"/>
          <w:sz w:val="40"/>
          <w:szCs w:val="40"/>
          <w:lang w:val="it-IT"/>
        </w:rPr>
        <w:t xml:space="preserve"> </w:t>
      </w: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di aver preso visione e di accettare integralmente l’Avviso e la relativa modulistica;</w:t>
      </w:r>
    </w:p>
    <w:p xmlns:wp14="http://schemas.microsoft.com/office/word/2010/wordml" w:rsidRPr="005356F1" w:rsidR="00D14C53" w:rsidP="54E72E6E" w:rsidRDefault="002B3BD9" w14:paraId="170CBB29" wp14:textId="1809EB99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21BA946E" w:rsidR="4BBF4A25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21BA946E" w:rsidR="61CA6E0E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di impegnarsi, in caso di concessione, a rispettare le regole di ammissibilità delle spese, rendicontazione, registrazione delle attività e delle anagrafiche dei destinatari finali, monitoraggio, controlli, conservazione documentale e comunicazione/visibilità FSE+ previste dall’Avviso e dalle istruzioni del Comune;</w:t>
      </w:r>
    </w:p>
    <w:p xmlns:wp14="http://schemas.microsoft.com/office/word/2010/wordml" w:rsidRPr="005356F1" w:rsidR="002B3BD9" w:rsidP="54E72E6E" w:rsidRDefault="002B3BD9" w14:paraId="6B699379" wp14:textId="77777777">
      <w:pPr>
        <w:spacing w:line="288" w:lineRule="auto"/>
        <w:contextualSpacing w:val="1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38"/>
        <w:gridCol w:w="5834"/>
      </w:tblGrid>
      <w:tr xmlns:wp14="http://schemas.microsoft.com/office/word/2010/wordml" w:rsidRPr="005356F1" w:rsidR="00D14C53" w:rsidTr="21BA946E" w14:paraId="668197F0" wp14:textId="77777777">
        <w:trPr>
          <w:jc w:val="center"/>
        </w:trPr>
        <w:tc>
          <w:tcPr>
            <w:tcW w:w="5156" w:type="dxa"/>
            <w:tcMar/>
          </w:tcPr>
          <w:p w:rsidRPr="005356F1" w:rsidR="00D14C53" w:rsidP="54E72E6E" w:rsidRDefault="00757CC3" w14:paraId="0B538622" wp14:textId="77777777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Luogo e data</w:t>
            </w:r>
            <w:r>
              <w:br/>
            </w:r>
            <w:r>
              <w:br/>
            </w:r>
            <w:r w:rsidRPr="54E72E6E" w:rsidR="00757CC3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________________________________</w:t>
            </w:r>
          </w:p>
        </w:tc>
        <w:tc>
          <w:tcPr>
            <w:tcW w:w="5156" w:type="dxa"/>
            <w:tcMar/>
          </w:tcPr>
          <w:p w:rsidRPr="005356F1" w:rsidR="00D14C53" w:rsidP="54E72E6E" w:rsidRDefault="00757CC3" w14:paraId="40050F22" wp14:textId="4C60461A">
            <w:pPr>
              <w:spacing w:line="288" w:lineRule="auto"/>
              <w:contextualSpacing w:val="1"/>
              <w:jc w:val="center"/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</w:pPr>
            <w:r w:rsidRPr="21BA946E" w:rsidR="61CA6E0E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Il/La Legale Rappresentante / Delegato/a</w:t>
            </w:r>
            <w:r>
              <w:br/>
            </w:r>
            <w:r>
              <w:br/>
            </w:r>
            <w:r w:rsidRPr="21BA946E" w:rsidR="61CA6E0E">
              <w:rPr>
                <w:rFonts w:ascii="Calibri" w:hAnsi="Calibri" w:eastAsia="Calibri" w:cs="Calibri" w:asciiTheme="majorAscii" w:hAnsiTheme="majorAscii" w:eastAsiaTheme="majorAscii" w:cstheme="majorAscii"/>
                <w:sz w:val="24"/>
                <w:szCs w:val="24"/>
                <w:lang w:val="it-IT"/>
              </w:rPr>
              <w:t>_______________________________________</w:t>
            </w:r>
          </w:p>
        </w:tc>
      </w:tr>
    </w:tbl>
    <w:p xmlns:wp14="http://schemas.microsoft.com/office/word/2010/wordml" w:rsidR="00656A56" w:rsidP="54E72E6E" w:rsidRDefault="00656A56" w14:paraId="3FE9F23F" wp14:textId="77777777">
      <w:pPr>
        <w:pStyle w:val="FormHint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16"/>
          <w:szCs w:val="16"/>
          <w:lang w:val="it-IT"/>
        </w:rPr>
      </w:pPr>
    </w:p>
    <w:p xmlns:wp14="http://schemas.microsoft.com/office/word/2010/wordml" w:rsidRPr="00373410" w:rsidR="00C12DD1" w:rsidP="54E72E6E" w:rsidRDefault="00757CC3" w14:paraId="7F13AA4D" wp14:textId="77777777">
      <w:pPr>
        <w:pStyle w:val="Titolo1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1"/>
          <w:iCs w:val="1"/>
          <w:lang w:val="it-IT"/>
        </w:rPr>
      </w:pPr>
      <w:r w:rsidRPr="54E72E6E" w:rsidR="00757CC3"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1"/>
          <w:iCs w:val="1"/>
          <w:color w:val="auto"/>
          <w:sz w:val="20"/>
          <w:szCs w:val="20"/>
          <w:lang w:val="it-IT"/>
        </w:rPr>
        <w:t>Informativa privacy: il trattamento dei dati avviene secondo quanto previsto dall’art. 27 dell’Avviso e dalle informative rese dal Comune di Parma e, per i dati connessi all’operazione FSE+, secondo le indicazioni regionali applicabili.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b w:val="0"/>
          <w:bCs w:val="0"/>
          <w:i w:val="1"/>
          <w:iCs w:val="1"/>
          <w:lang w:val="it-IT"/>
        </w:rPr>
        <w:t xml:space="preserve"> </w:t>
      </w:r>
    </w:p>
    <w:p xmlns:wp14="http://schemas.microsoft.com/office/word/2010/wordml" w:rsidR="00C12DD1" w:rsidP="54E72E6E" w:rsidRDefault="00C12DD1" w14:paraId="1F72F646" wp14:textId="77777777">
      <w:pPr>
        <w:pStyle w:val="Titolo1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</w:p>
    <w:p xmlns:wp14="http://schemas.microsoft.com/office/word/2010/wordml" w:rsidRPr="005356F1" w:rsidR="00C12DD1" w:rsidP="54E72E6E" w:rsidRDefault="00C12DD1" w14:paraId="3C2A8D5F" wp14:textId="77777777">
      <w:pPr>
        <w:pStyle w:val="Titolo1"/>
        <w:spacing w:line="288" w:lineRule="auto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lang w:val="it-IT"/>
        </w:rPr>
      </w:pP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EVENTUALI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 xml:space="preserve"> 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lang w:val="it-IT"/>
        </w:rPr>
        <w:t>ALLEGATI</w:t>
      </w:r>
    </w:p>
    <w:p xmlns:wp14="http://schemas.microsoft.com/office/word/2010/wordml" w:rsidRPr="005356F1" w:rsidR="00C12DD1" w:rsidP="54E72E6E" w:rsidRDefault="00C12DD1" w14:paraId="6574963F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</w:pP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</w:t>
      </w:r>
      <w:r w:rsidRPr="54E72E6E" w:rsidR="00373410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documentazione relativa all’assolvimento d</w:t>
      </w:r>
      <w:r w:rsidRPr="54E72E6E" w:rsidR="00373410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ell’imposta di bollo, se dovuta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;</w:t>
      </w:r>
    </w:p>
    <w:p xmlns:wp14="http://schemas.microsoft.com/office/word/2010/wordml" w:rsidRPr="00656A56" w:rsidR="00D14C53" w:rsidP="54E72E6E" w:rsidRDefault="00C12DD1" w14:paraId="4714E3C2" wp14:textId="77777777">
      <w:pPr>
        <w:spacing w:line="288" w:lineRule="auto"/>
        <w:ind w:left="284" w:hanging="284"/>
        <w:contextualSpacing w:val="1"/>
        <w:jc w:val="both"/>
        <w:rPr>
          <w:rFonts w:ascii="Calibri" w:hAnsi="Calibri" w:eastAsia="Calibri" w:cs="Calibri" w:asciiTheme="majorAscii" w:hAnsiTheme="majorAscii" w:eastAsiaTheme="majorAscii" w:cstheme="majorAscii"/>
          <w:color w:val="auto"/>
          <w:sz w:val="20"/>
          <w:szCs w:val="20"/>
          <w:lang w:val="it-IT"/>
        </w:rPr>
      </w:pP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sz w:val="32"/>
          <w:szCs w:val="32"/>
          <w:lang w:val="it-IT"/>
        </w:rPr>
        <w:t>□</w:t>
      </w:r>
      <w:r w:rsidRPr="54E72E6E" w:rsidR="00C12DD1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 xml:space="preserve"> </w:t>
      </w:r>
      <w:r w:rsidRPr="54E72E6E" w:rsidR="00373410">
        <w:rPr>
          <w:rFonts w:ascii="Calibri" w:hAnsi="Calibri" w:eastAsia="Calibri" w:cs="Calibri" w:asciiTheme="majorAscii" w:hAnsiTheme="majorAscii" w:eastAsiaTheme="majorAscii" w:cstheme="majorAscii"/>
          <w:sz w:val="24"/>
          <w:szCs w:val="24"/>
          <w:lang w:val="it-IT"/>
        </w:rPr>
        <w:t>_________________________________________</w:t>
      </w:r>
      <w:bookmarkStart w:name="_GoBack" w:id="0"/>
      <w:bookmarkEnd w:id="0"/>
    </w:p>
    <w:sectPr w:rsidRPr="00656A56" w:rsidR="00D14C53" w:rsidSect="00B2385E">
      <w:headerReference w:type="default" r:id="rId8"/>
      <w:footerReference w:type="default" r:id="rId9"/>
      <w:pgSz w:w="12240" w:h="15840" w:orient="portrait"/>
      <w:pgMar w:top="1701" w:right="1134" w:bottom="1418" w:left="1134" w:header="284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E2DD9" w:rsidRDefault="005E2DD9" w14:paraId="61CDCEA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E2DD9" w:rsidRDefault="005E2DD9" w14:paraId="6BB9E25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4C53" w:rsidRDefault="00D14C53" w14:paraId="07547A01" wp14:textId="77777777">
    <w:pPr>
      <w:pStyle w:val="Pidipagina"/>
      <w:jc w:val="center"/>
    </w:pPr>
  </w:p>
  <w:p xmlns:wp14="http://schemas.microsoft.com/office/word/2010/wordml" w:rsidR="00D14C53" w:rsidRDefault="00757CC3" w14:paraId="6FD87584" wp14:textId="77777777">
    <w:pPr>
      <w:jc w:val="right"/>
    </w:pPr>
    <w:r>
      <w:rPr>
        <w:sz w:val="16"/>
      </w:rPr>
      <w:t xml:space="preserve">Pag.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3F3C54">
      <w:rPr>
        <w:noProof/>
        <w:sz w:val="16"/>
      </w:rPr>
      <w:t>4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E2DD9" w:rsidRDefault="005E2DD9" w14:paraId="23DE523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E2DD9" w:rsidRDefault="005E2DD9" w14:paraId="52E56223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p xmlns:wp14="http://schemas.microsoft.com/office/word/2010/wordml" w:rsidR="00B3076A" w:rsidRDefault="00B3076A" w14:paraId="08CE6F91" wp14:textId="77777777">
    <w:pPr>
      <w:pStyle w:val="Intestazione"/>
    </w:pPr>
    <w:r>
      <w:rPr>
        <w:noProof/>
        <w:lang w:val="it-IT" w:eastAsia="it-IT"/>
      </w:rPr>
      <w:drawing>
        <wp:inline xmlns:wp14="http://schemas.microsoft.com/office/word/2010/wordprocessingDrawing" distT="0" distB="0" distL="0" distR="0" wp14:anchorId="3D367E20" wp14:editId="6E9160E6">
          <wp:extent cx="6120000" cy="4382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000" cy="438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10"/>
  <w:proofState w:spelling="clean" w:grammar="dirty"/>
  <w:trackRevisions w:val="false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00E35"/>
    <w:rsid w:val="00280847"/>
    <w:rsid w:val="0029639D"/>
    <w:rsid w:val="002A6679"/>
    <w:rsid w:val="002B3BD9"/>
    <w:rsid w:val="00326F90"/>
    <w:rsid w:val="00373410"/>
    <w:rsid w:val="003F3C54"/>
    <w:rsid w:val="005356F1"/>
    <w:rsid w:val="005E2DD9"/>
    <w:rsid w:val="00613D84"/>
    <w:rsid w:val="006433C3"/>
    <w:rsid w:val="00656A56"/>
    <w:rsid w:val="00757CC3"/>
    <w:rsid w:val="007658AD"/>
    <w:rsid w:val="007B48DA"/>
    <w:rsid w:val="009548A7"/>
    <w:rsid w:val="00AA1D8D"/>
    <w:rsid w:val="00B2385E"/>
    <w:rsid w:val="00B26470"/>
    <w:rsid w:val="00B3076A"/>
    <w:rsid w:val="00B47730"/>
    <w:rsid w:val="00C12DD1"/>
    <w:rsid w:val="00CB0664"/>
    <w:rsid w:val="00CC4B84"/>
    <w:rsid w:val="00CE3EFD"/>
    <w:rsid w:val="00CF1563"/>
    <w:rsid w:val="00D14C53"/>
    <w:rsid w:val="00D32AC9"/>
    <w:rsid w:val="00E35730"/>
    <w:rsid w:val="00E66F1D"/>
    <w:rsid w:val="00E75162"/>
    <w:rsid w:val="00E917D6"/>
    <w:rsid w:val="00FA73CF"/>
    <w:rsid w:val="00FC693F"/>
    <w:rsid w:val="03B7A0CE"/>
    <w:rsid w:val="1CEF122C"/>
    <w:rsid w:val="21BA946E"/>
    <w:rsid w:val="290B9255"/>
    <w:rsid w:val="397862E8"/>
    <w:rsid w:val="3A8A3CC5"/>
    <w:rsid w:val="4BBF4A25"/>
    <w:rsid w:val="4F0F011A"/>
    <w:rsid w:val="54E72E6E"/>
    <w:rsid w:val="5DC125DC"/>
    <w:rsid w:val="61CA6E0E"/>
    <w:rsid w:val="695BA4C4"/>
    <w:rsid w:val="77C52548"/>
    <w:rsid w:val="7B8BBF85"/>
    <w:rsid w:val="7B98F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8F789E"/>
  <w15:docId w15:val="{B8A47F5D-C8FC-486B-A70B-A386315DD0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e" w:default="1">
    <w:name w:val="Normal"/>
    <w:qFormat/>
    <w:rsid w:val="00FC693F"/>
    <w:pPr>
      <w:spacing w:after="80" w:line="252" w:lineRule="auto"/>
    </w:pPr>
    <w:rPr>
      <w:rFonts w:ascii="Arial" w:hAnsi="Arial"/>
      <w:color w:val="1F1F1F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hAnsiTheme="majorHAnsi" w:eastAsiaTheme="majorEastAsia" w:cstheme="majorBidi"/>
      <w:b/>
      <w:bCs/>
      <w:color w:val="1F4E79"/>
      <w:sz w:val="24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hAnsiTheme="majorHAnsi" w:eastAsiaTheme="majorEastAsia" w:cstheme="majorBidi"/>
      <w:b/>
      <w:bCs/>
      <w:color w:val="1F4E79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styleId="Titolo1Carattere" w:customStyle="1">
    <w:name w:val="Titolo 1 Carattere"/>
    <w:basedOn w:val="Carpredefinitoparagrafo"/>
    <w:link w:val="Titolo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itolo2Carattere" w:customStyle="1">
    <w:name w:val="Titolo 2 Carattere"/>
    <w:basedOn w:val="Carpredefinitoparagrafo"/>
    <w:link w:val="Titolo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itolo3Carattere" w:customStyle="1">
    <w:name w:val="Titolo 3 Carattere"/>
    <w:basedOn w:val="Carpredefinitoparagrafo"/>
    <w:link w:val="Titolo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color="4F81BD" w:themeColor="accent1" w:sz="8" w:space="4"/>
      </w:pBdr>
      <w:spacing w:before="160" w:after="100" w:line="240" w:lineRule="auto"/>
      <w:contextualSpacing/>
    </w:pPr>
    <w:rPr>
      <w:rFonts w:asciiTheme="majorHAnsi" w:hAnsiTheme="majorHAnsi" w:eastAsiaTheme="majorEastAsia" w:cstheme="majorBidi"/>
      <w:b/>
      <w:color w:val="1F4E79"/>
      <w:spacing w:val="5"/>
      <w:kern w:val="28"/>
      <w:sz w:val="32"/>
      <w:szCs w:val="52"/>
    </w:rPr>
  </w:style>
  <w:style w:type="character" w:styleId="TitoloCarattere" w:customStyle="1">
    <w:name w:val="Titolo Carattere"/>
    <w:basedOn w:val="Carpredefinitoparagrafo"/>
    <w:link w:val="Titolo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styleId="CorpotestoCarattere" w:customStyle="1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styleId="Corpodeltesto2Carattere" w:customStyle="1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styleId="Corpodeltesto3Carattere" w:customStyle="1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stomacroCarattere" w:customStyle="1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styleId="Titolo4Carattere" w:customStyle="1">
    <w:name w:val="Titolo 4 Carattere"/>
    <w:basedOn w:val="Carpredefinitoparagrafo"/>
    <w:link w:val="Titolo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itolo5Carattere" w:customStyle="1">
    <w:name w:val="Titolo 5 Carattere"/>
    <w:basedOn w:val="Carpredefinitoparagrafo"/>
    <w:link w:val="Titolo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Titolo6Carattere" w:customStyle="1">
    <w:name w:val="Titolo 6 Carattere"/>
    <w:basedOn w:val="Carpredefinitoparagrafo"/>
    <w:link w:val="Titolo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Titolo7Carattere" w:customStyle="1">
    <w:name w:val="Titolo 7 Carattere"/>
    <w:basedOn w:val="Carpredefinitoparagrafo"/>
    <w:link w:val="Titolo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itolo8Carattere" w:customStyle="1">
    <w:name w:val="Titolo 8 Carattere"/>
    <w:basedOn w:val="Carpredefinitoparagrafo"/>
    <w:link w:val="Titolo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itolo9Carattere" w:customStyle="1">
    <w:name w:val="Titolo 9 Carattere"/>
    <w:basedOn w:val="Carpredefinitoparagrafo"/>
    <w:link w:val="Titolo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zioneintensaCarattere" w:customStyle="1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ormHint" w:customStyle="1">
    <w:name w:val="Form Hint"/>
    <w:rPr>
      <w:rFonts w:ascii="Arial" w:hAnsi="Arial"/>
      <w:i/>
      <w:color w:val="6464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06BD68D00C6240965D1018BF7D5207" ma:contentTypeVersion="16" ma:contentTypeDescription="Creare un nuovo documento." ma:contentTypeScope="" ma:versionID="7690089a1f0a9fc0999e642eecb85f58">
  <xsd:schema xmlns:xsd="http://www.w3.org/2001/XMLSchema" xmlns:xs="http://www.w3.org/2001/XMLSchema" xmlns:p="http://schemas.microsoft.com/office/2006/metadata/properties" xmlns:ns2="c76dfb46-65f6-4250-a8d7-a754cfd3157e" xmlns:ns3="f0613196-1991-4232-b461-a36d35976bf2" targetNamespace="http://schemas.microsoft.com/office/2006/metadata/properties" ma:root="true" ma:fieldsID="d6999076ee155f9c18d02e0459f2aafa" ns2:_="" ns3:_="">
    <xsd:import namespace="c76dfb46-65f6-4250-a8d7-a754cfd3157e"/>
    <xsd:import namespace="f0613196-1991-4232-b461-a36d35976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6dfb46-65f6-4250-a8d7-a754cfd31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e259aace-db7d-4e79-911f-194f47b9ef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613196-1991-4232-b461-a36d35976bf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a59a1d9-ec88-4845-a7f8-fa46f58f09ba}" ma:internalName="TaxCatchAll" ma:showField="CatchAllData" ma:web="f0613196-1991-4232-b461-a36d35976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613196-1991-4232-b461-a36d35976bf2" xsi:nil="true"/>
    <lcf76f155ced4ddcb4097134ff3c332f xmlns="c76dfb46-65f6-4250-a8d7-a754cfd315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01D0A3-8F2D-47BB-860B-353D6869BD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457B4F-9F2A-4F8D-AD05-2DB80C2663F8}"/>
</file>

<file path=customXml/itemProps3.xml><?xml version="1.0" encoding="utf-8"?>
<ds:datastoreItem xmlns:ds="http://schemas.openxmlformats.org/officeDocument/2006/customXml" ds:itemID="{31F5F160-3311-4582-A4EE-A64910F16FAF}"/>
</file>

<file path=customXml/itemProps4.xml><?xml version="1.0" encoding="utf-8"?>
<ds:datastoreItem xmlns:ds="http://schemas.openxmlformats.org/officeDocument/2006/customXml" ds:itemID="{91988B38-FF8A-4B83-B771-1E48D8DAD89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Santini Samanta</cp:lastModifiedBy>
  <cp:revision>25</cp:revision>
  <dcterms:created xsi:type="dcterms:W3CDTF">2026-10-07T13:02:00Z</dcterms:created>
  <dcterms:modified xsi:type="dcterms:W3CDTF">2026-10-15T07:04:17Z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0x010100D506BD68D00C6240965D1018BF7D5207</vt:lpwstr>
  </property>
  <property fmtid="{D5CDD505-2E9C-101B-9397-08002B2CF9AE}" pid="3" name="MediaServiceImageTags">
    <vt:lpwstr/>
  </property>
</Properties>
</file>