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DA7816" w:rsidR="00B06AE4" w:rsidP="3B524DE8" w:rsidRDefault="00B06AE4" w14:paraId="672A6659" wp14:textId="77777777">
      <w:pPr>
        <w:jc w:val="center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</w:p>
    <w:p xmlns:wp14="http://schemas.microsoft.com/office/word/2010/wordml" w:rsidRPr="00DA7816" w:rsidR="00B06AE4" w:rsidP="407E0B81" w:rsidRDefault="001A1DAE" w14:paraId="66440E87" wp14:textId="79CA2A4D">
      <w:pPr>
        <w:jc w:val="center"/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PR FSE+ EMILIA-ROMAGNA 2021-2027 - PRIORITÀ 3 - INCLUSIONE SOCIALE</w:t>
      </w:r>
      <w:r w:rsidRPr="3B524DE8" w:rsidR="6F6C20F4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 xml:space="preserve"> – 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OB</w:t>
      </w:r>
      <w:r w:rsidRPr="3B524DE8" w:rsidR="6F6C20F4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.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 xml:space="preserve"> SPECIFICO 4.11</w:t>
      </w:r>
      <w:r>
        <w:br/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AGENDA TRASFORMATIVA URBANA PER LO SVILUPPO SOSTENIBILE - ATUSS</w:t>
      </w:r>
      <w:r>
        <w:br/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it-IT"/>
        </w:rPr>
        <w:t>Operazione “Realizzazione della Casa del Quartiere San Leonardo”</w:t>
      </w:r>
    </w:p>
    <w:p xmlns:wp14="http://schemas.microsoft.com/office/word/2010/wordml" w:rsidRPr="00DA7816" w:rsidR="00B06AE4" w:rsidP="3B524DE8" w:rsidRDefault="001A1DAE" w14:paraId="319B6E86" wp14:textId="5D60F42C">
      <w:pPr>
        <w:jc w:val="center"/>
        <w:rPr>
          <w:rFonts w:ascii="Calibri" w:hAnsi="Calibri" w:eastAsia="Calibri" w:cs="Calibri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CUP I99I23000770001</w:t>
      </w:r>
      <w:r>
        <w:br/>
      </w:r>
    </w:p>
    <w:p xmlns:wp14="http://schemas.microsoft.com/office/word/2010/wordml" w:rsidRPr="00DA7816" w:rsidR="00B06AE4" w:rsidP="3B524DE8" w:rsidRDefault="001A1DAE" w14:paraId="7D415C0F" wp14:textId="3B392606">
      <w:pPr>
        <w:jc w:val="center"/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noProof w:val="0"/>
          <w:color w:val="000000" w:themeColor="text1" w:themeTint="FF" w:themeShade="FF"/>
          <w:sz w:val="20"/>
          <w:szCs w:val="20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 xml:space="preserve">MOD. 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A</w:t>
      </w:r>
      <w:r>
        <w:br/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ISTANZA DI PARTECIPAZIONE</w:t>
      </w:r>
      <w:r>
        <w:br/>
      </w:r>
    </w:p>
    <w:p xmlns:wp14="http://schemas.microsoft.com/office/word/2010/wordml" w:rsidRPr="00DA7816" w:rsidR="00B06AE4" w:rsidP="3B524DE8" w:rsidRDefault="001A1DAE" w14:paraId="1E5A1B64" wp14:textId="77777777">
      <w:pPr>
        <w:pStyle w:val="FormHint"/>
        <w:jc w:val="center"/>
        <w:rPr>
          <w:rFonts w:ascii="Calibri" w:hAnsi="Calibri" w:eastAsia="Calibri" w:cs="Calibri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color w:val="000000" w:themeColor="text1" w:themeTint="FF" w:themeShade="FF"/>
          <w:sz w:val="24"/>
          <w:szCs w:val="24"/>
          <w:lang w:val="it-IT"/>
        </w:rPr>
        <w:t>AVVISO PUBBLICO PER LA CONCESSIONE DI CONTRIBUTI A SOSTEGNO DI PROGETTI EDUCATIVI, SPORTIVI, CULTURALI, SOCIALI E DI WELFARE DI COMUNITÀ NEL QUARTIERE SAN LEONARDO</w:t>
      </w:r>
    </w:p>
    <w:p xmlns:wp14="http://schemas.microsoft.com/office/word/2010/wordml" w:rsidR="00DA7816" w:rsidP="3B524DE8" w:rsidRDefault="00DA7816" w14:paraId="0A37501D" wp14:textId="77777777">
      <w:pPr>
        <w:jc w:val="right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it-IT"/>
        </w:rPr>
      </w:pPr>
    </w:p>
    <w:p xmlns:wp14="http://schemas.microsoft.com/office/word/2010/wordml" w:rsidRPr="00443529" w:rsidR="00B06AE4" w:rsidP="3B524DE8" w:rsidRDefault="001A1DAE" w14:paraId="0C72064C" wp14:textId="77777777">
      <w:pPr>
        <w:jc w:val="right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it-IT"/>
        </w:rPr>
        <w:t>Al Comune di Parma</w:t>
      </w:r>
      <w:r>
        <w:br/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it-IT"/>
        </w:rPr>
        <w:t>Settore Sociale</w:t>
      </w:r>
      <w:r>
        <w:br/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it-IT"/>
        </w:rPr>
        <w:t>PEC: comunediparma@postemailcertificata.it</w:t>
      </w:r>
    </w:p>
    <w:p w:rsidR="3B524DE8" w:rsidP="3B524DE8" w:rsidRDefault="3B524DE8" w14:paraId="235FE6D5" w14:textId="7D36DD18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</w:pPr>
    </w:p>
    <w:p xmlns:wp14="http://schemas.microsoft.com/office/word/2010/wordml" w:rsidRPr="00443529" w:rsidR="00B06AE4" w:rsidP="3B524DE8" w:rsidRDefault="001A1DAE" w14:paraId="6B076F24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  <w:t>DATI DEL SOGGETTO PROPONENTE</w:t>
      </w:r>
    </w:p>
    <w:p xmlns:wp14="http://schemas.microsoft.com/office/word/2010/wordml" w:rsidRPr="00443529" w:rsidR="00B06AE4" w:rsidP="3B524DE8" w:rsidRDefault="001A1DAE" w14:paraId="11E1681E" wp14:textId="77777777">
      <w:pPr>
        <w:pStyle w:val="FormHint"/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color w:val="auto"/>
          <w:sz w:val="20"/>
          <w:szCs w:val="20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color w:val="auto"/>
          <w:sz w:val="20"/>
          <w:szCs w:val="20"/>
          <w:lang w:val="it-IT"/>
        </w:rPr>
        <w:t>Compilare tutti i campi pertinenti. In caso di progetto in partenariato, questa sezione</w:t>
      </w:r>
      <w:r w:rsidRPr="3B524DE8" w:rsidR="16E25D60">
        <w:rPr>
          <w:rFonts w:ascii="Calibri" w:hAnsi="Calibri" w:eastAsia="Calibri" w:cs="Calibri" w:asciiTheme="majorAscii" w:hAnsiTheme="majorAscii" w:eastAsiaTheme="majorAscii" w:cstheme="majorAscii"/>
          <w:noProof w:val="0"/>
          <w:color w:val="auto"/>
          <w:sz w:val="20"/>
          <w:szCs w:val="20"/>
          <w:lang w:val="it-IT"/>
        </w:rPr>
        <w:t xml:space="preserve"> deve essere compilata solo dal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color w:val="auto"/>
          <w:sz w:val="20"/>
          <w:szCs w:val="20"/>
          <w:lang w:val="it-IT"/>
        </w:rPr>
        <w:t xml:space="preserve"> soggetto capofila.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458"/>
        <w:gridCol w:w="5953"/>
      </w:tblGrid>
      <w:tr xmlns:wp14="http://schemas.microsoft.com/office/word/2010/wordml" w:rsidRPr="00DA7816" w:rsidR="00B06AE4" w:rsidTr="3B524DE8" w14:paraId="344BF01C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53CE7839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Denominazione / ragione sociale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5DAB6C7B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614DAF30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7D0359BA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Forma giuridica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02EB378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2A6016A7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66BB8F89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Codice fiscale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6A05A809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6C6E9650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1F8E34B1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Partita IVA (se posseduta)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5A39BBE3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44A12D91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2908F5A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Sede legale - indirizzo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41C8F39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4D3C70D8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6BE74BC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CAP - Comune - Provincia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72A3D3EC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66444793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3377209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PEC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0D0B940D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5A67876E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081BA7F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E-mail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0E27B00A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162A46A3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590C3D18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Telefono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60061E4C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18EB7C71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0482954A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Sito web (se presente)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44EAFD9C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Pr="00DA7816" w:rsidR="00B06AE4" w:rsidP="3B524DE8" w:rsidRDefault="00B06AE4" w14:paraId="4B94D5A5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</w:p>
    <w:p xmlns:wp14="http://schemas.microsoft.com/office/word/2010/wordml" w:rsidRPr="00DA7816" w:rsidR="00B06AE4" w:rsidP="3B524DE8" w:rsidRDefault="001A1DAE" w14:paraId="173F5331" wp14:textId="63297CED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  <w:t>DATI DEL LEGALE RAPPRESENTANTE / DELEGATO</w:t>
      </w:r>
      <w:r w:rsidRPr="3B524DE8" w:rsidR="64E04C74"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  <w:t xml:space="preserve"> FIRMATARIO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458"/>
        <w:gridCol w:w="5953"/>
      </w:tblGrid>
      <w:tr xmlns:wp14="http://schemas.microsoft.com/office/word/2010/wordml" w:rsidRPr="00DA7816" w:rsidR="00B06AE4" w:rsidTr="3B524DE8" w14:paraId="462479CF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105D06E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Cognome e nome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3DEEC669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0EBE14CB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13DED014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Luogo e data di nascita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3656B9AB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1CE2793C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7DFCCA67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Codice fiscale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45FB0818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79ECFE00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7E46AE0D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Qualifica / carica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049F31CB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53736F63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6FBB4AD0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Recapito telefonico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53128261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2BDD5CFB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5AF6A401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E-mail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62486C05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072267AC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10E27F74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In caso di delega/procura - estremi e allegato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4101652C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Pr="00DA7816" w:rsidR="00B06AE4" w:rsidP="3B524DE8" w:rsidRDefault="00B06AE4" w14:paraId="4B99056E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</w:p>
    <w:p xmlns:wp14="http://schemas.microsoft.com/office/word/2010/wordml" w:rsidRPr="00DA7816" w:rsidR="00B06AE4" w:rsidP="3B524DE8" w:rsidRDefault="001A1DAE" w14:paraId="2502355C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  <w:t>REFERENTE OPERATIVO PER LA PROCEDURA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458"/>
        <w:gridCol w:w="5953"/>
      </w:tblGrid>
      <w:tr xmlns:wp14="http://schemas.microsoft.com/office/word/2010/wordml" w:rsidRPr="00DA7816" w:rsidR="00B06AE4" w:rsidTr="3B524DE8" w14:paraId="4C2AC2DD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299A1BF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Cognome e nome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1299C43A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2E7BC820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5F7C4EFC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Ruolo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4DDBEF00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6E4A68C9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571539B4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Telefono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3461D779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6D5DD195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54B5A3CD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E-mail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3CF2D8B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3B524DE8" w14:paraId="01B8D8EA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1DDE986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PEC per le comunicazioni (se diversa)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0FB78278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Pr="00DA7816" w:rsidR="00B06AE4" w:rsidP="3B524DE8" w:rsidRDefault="00B06AE4" w14:paraId="1FC39945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</w:p>
    <w:p xmlns:wp14="http://schemas.microsoft.com/office/word/2010/wordml" w:rsidRPr="00DA7816" w:rsidR="00B06AE4" w:rsidP="3B524DE8" w:rsidRDefault="001A1DAE" w14:paraId="66F9A0DB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  <w:t>DATI ESSENZIALI DEL PROGETTO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458"/>
        <w:gridCol w:w="5953"/>
      </w:tblGrid>
      <w:tr xmlns:wp14="http://schemas.microsoft.com/office/word/2010/wordml" w:rsidRPr="00DA7816" w:rsidR="00B06AE4" w:rsidTr="44E112F6" w14:paraId="1DE85914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2AEEF807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Titolo del progetto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0562CB0E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44E112F6" w14:paraId="03CFD6FD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34FB0FE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Macro-linea prevalente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2CC77DAD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  <w:t>[ ] Linea 1   [ ] Linea 2   [ ] Linea 3   [ ] Linea 4</w:t>
            </w:r>
          </w:p>
        </w:tc>
      </w:tr>
      <w:tr xmlns:wp14="http://schemas.microsoft.com/office/word/2010/wordml" w:rsidRPr="00DA7816" w:rsidR="00B06AE4" w:rsidTr="44E112F6" w14:paraId="688DE846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25E5B571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Ulteriori macro-linee interessate (se pertinenti)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34CE0A41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44E112F6" w14:paraId="0D482697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6F70AC20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Periodo previsto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67245D58" wp14:textId="14181B11">
            <w:pPr>
              <w:pStyle w:val="Normale"/>
              <w:suppressLineNumbers w:val="0"/>
              <w:bidi w:val="0"/>
              <w:spacing w:before="0" w:beforeAutospacing="off" w:after="0" w:afterAutospacing="off" w:line="252" w:lineRule="auto"/>
              <w:ind w:left="0" w:right="0"/>
              <w:jc w:val="left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  <w:t xml:space="preserve">dal ____ / ____ / </w:t>
            </w:r>
            <w:r w:rsidRPr="3B524DE8" w:rsidR="72136D19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  <w:t xml:space="preserve">_____   </w:t>
            </w: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  <w:t xml:space="preserve"> al ____ / ____ /</w:t>
            </w:r>
            <w:r w:rsidRPr="3B524DE8" w:rsidR="360526CA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  <w:t>_____</w:t>
            </w:r>
          </w:p>
        </w:tc>
      </w:tr>
      <w:tr xmlns:wp14="http://schemas.microsoft.com/office/word/2010/wordml" w:rsidRPr="00DA7816" w:rsidR="00B06AE4" w:rsidTr="44E112F6" w14:paraId="353710F2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0298DE0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Luogo/luoghi principali di svolgimento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62EBF3C5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44E112F6" w14:paraId="15FE53FE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46A2AD74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Progetto in partenariato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260023A6" wp14:textId="0DA1F703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  <w:t xml:space="preserve">[ ] NO   [ ] SÌ </w:t>
            </w:r>
            <w:r w:rsidRPr="3B524DE8" w:rsidR="2A4B064F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  <w:t>–</w:t>
            </w: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  <w:t xml:space="preserve"> </w:t>
            </w:r>
            <w:r w:rsidRPr="3B524DE8" w:rsidR="2A4B064F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  <w:t>partner di progetto</w:t>
            </w: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  <w:t>: __________________________________</w:t>
            </w:r>
          </w:p>
        </w:tc>
      </w:tr>
      <w:tr xmlns:wp14="http://schemas.microsoft.com/office/word/2010/wordml" w:rsidRPr="00DA7816" w:rsidR="00B06AE4" w:rsidTr="44E112F6" w14:paraId="4E82BA61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16413BC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Costo complessivo del progetto (€)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6D98A12B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44E112F6" w14:paraId="04CF72F8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1A1DAE" w14:paraId="492681B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3B524DE8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Contributo richiesto al Comune (€)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2946DB82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DA7816" w:rsidR="00B06AE4" w:rsidTr="44E112F6" w14:paraId="76CC54E4" wp14:textId="77777777">
        <w:trPr>
          <w:jc w:val="center"/>
        </w:trPr>
        <w:tc>
          <w:tcPr>
            <w:tcW w:w="3458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44E112F6" w:rsidRDefault="001A1DAE" w14:paraId="31163B3E" wp14:textId="66F0FB84">
            <w:pPr>
              <w:pStyle w:val="Normale"/>
              <w:suppressLineNumbers w:val="0"/>
              <w:bidi w:val="0"/>
              <w:spacing w:before="0" w:beforeAutospacing="off" w:after="0" w:afterAutospacing="off" w:line="252" w:lineRule="auto"/>
              <w:ind w:left="0" w:right="0"/>
              <w:jc w:val="left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  <w:r w:rsidRPr="44E112F6" w:rsidR="5AD782B6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Eventuale q</w:t>
            </w:r>
            <w:r w:rsidRPr="44E112F6" w:rsidR="001A1DAE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noProof w:val="0"/>
                <w:sz w:val="24"/>
                <w:szCs w:val="24"/>
                <w:lang w:val="it-IT"/>
              </w:rPr>
              <w:t>uota di cofinanziamento / altre entrate (€)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DA7816" w:rsidR="00B06AE4" w:rsidP="3B524DE8" w:rsidRDefault="00B06AE4" w14:paraId="5997CC1D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noProof w:val="0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Pr="00DA7816" w:rsidR="00B06AE4" w:rsidP="3B524DE8" w:rsidRDefault="00B06AE4" w14:paraId="110FFD37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</w:p>
    <w:p xmlns:wp14="http://schemas.microsoft.com/office/word/2010/wordml" w:rsidR="00551040" w:rsidP="3B524DE8" w:rsidRDefault="00551040" w14:paraId="459CD6F7" wp14:textId="77777777">
      <w:pPr>
        <w:jc w:val="both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it-IT"/>
        </w:rPr>
      </w:pPr>
      <w:r w:rsidRPr="3B524DE8" w:rsidR="0CEDCC43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Il/La sottoscritto/a</w:t>
      </w:r>
    </w:p>
    <w:p xmlns:wp14="http://schemas.microsoft.com/office/word/2010/wordml" w:rsidRPr="00DA7816" w:rsidR="00B06AE4" w:rsidP="3B524DE8" w:rsidRDefault="001A1DAE" w14:paraId="6E4AFF26" wp14:textId="77777777">
      <w:pPr>
        <w:jc w:val="center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it-IT"/>
        </w:rPr>
        <w:t>CHIEDE</w:t>
      </w:r>
    </w:p>
    <w:p xmlns:wp14="http://schemas.microsoft.com/office/word/2010/wordml" w:rsidR="00B06AE4" w:rsidP="3B524DE8" w:rsidRDefault="001A1DAE" w14:paraId="5B8DCBC5" wp14:textId="77777777">
      <w:pPr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di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 xml:space="preserve"> partecipare al presente Avviso e di essere ammesso alla procedura per la concessione del contributo relativo al progetto sopra indicato, nei limiti e alle condizioni previste dall’Avviso e 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dalla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 xml:space="preserve"> 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relativa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 xml:space="preserve"> 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modulistica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.</w:t>
      </w:r>
    </w:p>
    <w:p xmlns:wp14="http://schemas.microsoft.com/office/word/2010/wordml" w:rsidRPr="00551040" w:rsidR="00551040" w:rsidP="3B524DE8" w:rsidRDefault="00551040" w14:paraId="68C73323" wp14:textId="77777777">
      <w:pPr>
        <w:jc w:val="center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it-IT"/>
        </w:rPr>
      </w:pPr>
      <w:r w:rsidRPr="3B524DE8" w:rsidR="0CEDCC43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it-IT"/>
        </w:rPr>
        <w:t>DICHIARA</w:t>
      </w:r>
    </w:p>
    <w:p xmlns:wp14="http://schemas.microsoft.com/office/word/2010/wordml" w:rsidRPr="005D1DE2" w:rsidR="00551040" w:rsidP="3B524DE8" w:rsidRDefault="00551040" w14:paraId="65F703A5" wp14:textId="77777777">
      <w:pPr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bookmarkStart w:name="_GoBack" w:id="0"/>
      <w:bookmarkEnd w:id="0"/>
      <w:r w:rsidRPr="3B524DE8" w:rsidR="0CEDCC43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di</w:t>
      </w:r>
      <w:r w:rsidRPr="3B524DE8" w:rsidR="0CEDCC43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 xml:space="preserve"> aver preso visione dell’Avviso e della relativa disciplina e indica la PEC sopra riportata quale recapito per le comunicazioni relative alla procedura.</w:t>
      </w:r>
    </w:p>
    <w:p xmlns:wp14="http://schemas.microsoft.com/office/word/2010/wordml" w:rsidRPr="00DA7816" w:rsidR="00DA7816" w:rsidP="3B524DE8" w:rsidRDefault="00DA7816" w14:paraId="6B699379" wp14:textId="77777777">
      <w:pPr>
        <w:pStyle w:val="Titolo1"/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</w:pPr>
    </w:p>
    <w:p xmlns:wp14="http://schemas.microsoft.com/office/word/2010/wordml" w:rsidRPr="00DA7816" w:rsidR="00B06AE4" w:rsidP="3B524DE8" w:rsidRDefault="001A1DAE" w14:paraId="296A5276" wp14:textId="77777777">
      <w:pPr>
        <w:pStyle w:val="Titolo1"/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lang w:val="it-IT"/>
        </w:rPr>
        <w:t>DOCUMENTAZIONE ALLEGATA</w:t>
      </w:r>
    </w:p>
    <w:p xmlns:wp14="http://schemas.microsoft.com/office/word/2010/wordml" w:rsidRPr="007E1293" w:rsidR="00B06AE4" w:rsidP="3B524DE8" w:rsidRDefault="007E1293" w14:paraId="6101DEB8" wp14:textId="77777777">
      <w:pPr>
        <w:ind w:left="113" w:hanging="113"/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34A9D8B1">
        <w:rPr>
          <w:rFonts w:ascii="Calibri" w:hAnsi="Calibri" w:eastAsia="Calibri" w:cs="Calibri" w:asciiTheme="majorAscii" w:hAnsiTheme="majorAscii" w:eastAsiaTheme="majorAscii" w:cstheme="majorAscii"/>
          <w:noProof w:val="0"/>
          <w:sz w:val="28"/>
          <w:szCs w:val="28"/>
          <w:lang w:val="it-IT"/>
        </w:rPr>
        <w:t>□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 xml:space="preserve"> 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Mod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. B - Dichiarazione sostitutiva resa ai sensi degli artt. 46 e 47 del D.P.R. 445/2000;</w:t>
      </w:r>
    </w:p>
    <w:p xmlns:wp14="http://schemas.microsoft.com/office/word/2010/wordml" w:rsidRPr="007E1293" w:rsidR="00B06AE4" w:rsidP="3B524DE8" w:rsidRDefault="007E1293" w14:paraId="59C40641" wp14:textId="77777777">
      <w:pPr>
        <w:ind w:left="113" w:hanging="113"/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34A9D8B1">
        <w:rPr>
          <w:rFonts w:ascii="Calibri" w:hAnsi="Calibri" w:eastAsia="Calibri" w:cs="Calibri" w:asciiTheme="majorAscii" w:hAnsiTheme="majorAscii" w:eastAsiaTheme="majorAscii" w:cstheme="majorAscii"/>
          <w:noProof w:val="0"/>
          <w:sz w:val="28"/>
          <w:szCs w:val="28"/>
          <w:lang w:val="it-IT"/>
        </w:rPr>
        <w:t>□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 xml:space="preserve"> 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Mod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. C - Proposta progettuale;</w:t>
      </w:r>
    </w:p>
    <w:p xmlns:wp14="http://schemas.microsoft.com/office/word/2010/wordml" w:rsidRPr="007E1293" w:rsidR="00B06AE4" w:rsidP="3B524DE8" w:rsidRDefault="007E1293" w14:paraId="1F02EC98" wp14:textId="77777777">
      <w:pPr>
        <w:ind w:left="113" w:hanging="113"/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34A9D8B1">
        <w:rPr>
          <w:rFonts w:ascii="Calibri" w:hAnsi="Calibri" w:eastAsia="Calibri" w:cs="Calibri" w:asciiTheme="majorAscii" w:hAnsiTheme="majorAscii" w:eastAsiaTheme="majorAscii" w:cstheme="majorAscii"/>
          <w:noProof w:val="0"/>
          <w:sz w:val="28"/>
          <w:szCs w:val="28"/>
          <w:lang w:val="it-IT"/>
        </w:rPr>
        <w:t>□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 xml:space="preserve"> 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Mod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. D - Budget di progetto in formato Excel;</w:t>
      </w:r>
    </w:p>
    <w:p xmlns:wp14="http://schemas.microsoft.com/office/word/2010/wordml" w:rsidRPr="007E1293" w:rsidR="00B06AE4" w:rsidP="3B524DE8" w:rsidRDefault="007E1293" w14:paraId="1A75B26C" wp14:textId="77777777">
      <w:pPr>
        <w:ind w:left="113" w:hanging="113"/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34A9D8B1">
        <w:rPr>
          <w:rFonts w:ascii="Calibri" w:hAnsi="Calibri" w:eastAsia="Calibri" w:cs="Calibri" w:asciiTheme="majorAscii" w:hAnsiTheme="majorAscii" w:eastAsiaTheme="majorAscii" w:cstheme="majorAscii"/>
          <w:noProof w:val="0"/>
          <w:sz w:val="28"/>
          <w:szCs w:val="28"/>
          <w:lang w:val="it-IT"/>
        </w:rPr>
        <w:t>□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 xml:space="preserve"> eventuale documentazione comprovante delega/procura;</w:t>
      </w:r>
    </w:p>
    <w:p xmlns:wp14="http://schemas.microsoft.com/office/word/2010/wordml" w:rsidRPr="007E1293" w:rsidR="00B06AE4" w:rsidP="3B524DE8" w:rsidRDefault="007E1293" w14:paraId="458C5801" wp14:textId="77777777">
      <w:pPr>
        <w:ind w:left="113" w:hanging="113"/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34A9D8B1">
        <w:rPr>
          <w:rFonts w:ascii="Calibri" w:hAnsi="Calibri" w:eastAsia="Calibri" w:cs="Calibri" w:asciiTheme="majorAscii" w:hAnsiTheme="majorAscii" w:eastAsiaTheme="majorAscii" w:cstheme="majorAscii"/>
          <w:noProof w:val="0"/>
          <w:sz w:val="28"/>
          <w:szCs w:val="28"/>
          <w:lang w:val="it-IT"/>
        </w:rPr>
        <w:t>□</w:t>
      </w:r>
      <w:r w:rsidRPr="3B524DE8" w:rsidR="34A9D8B1">
        <w:rPr>
          <w:rFonts w:ascii="Calibri" w:hAnsi="Calibri" w:eastAsia="Calibri" w:cs="Calibri" w:asciiTheme="majorAscii" w:hAnsiTheme="majorAscii" w:eastAsiaTheme="majorAscii" w:cstheme="majorAscii"/>
          <w:noProof w:val="0"/>
          <w:sz w:val="28"/>
          <w:szCs w:val="28"/>
          <w:lang w:val="it-IT"/>
        </w:rPr>
        <w:t xml:space="preserve"> 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eventuali accordi/lettere di partenariato o collaborazione richiamati nella proposta;</w:t>
      </w:r>
    </w:p>
    <w:p xmlns:wp14="http://schemas.microsoft.com/office/word/2010/wordml" w:rsidRPr="007E1293" w:rsidR="00B06AE4" w:rsidP="3B524DE8" w:rsidRDefault="007E1293" w14:paraId="6AA9C9E4" wp14:textId="1547DC55">
      <w:pPr>
        <w:ind w:left="284" w:hanging="284"/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34A9D8B1">
        <w:rPr>
          <w:rFonts w:ascii="Calibri" w:hAnsi="Calibri" w:eastAsia="Calibri" w:cs="Calibri" w:asciiTheme="majorAscii" w:hAnsiTheme="majorAscii" w:eastAsiaTheme="majorAscii" w:cstheme="majorAscii"/>
          <w:noProof w:val="0"/>
          <w:sz w:val="28"/>
          <w:szCs w:val="28"/>
          <w:lang w:val="it-IT"/>
        </w:rPr>
        <w:t>□</w:t>
      </w: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eventuale ulteriore documentazione richiesta dall’Avviso o necessaria in relazione alla forma giuridica del soggetto.</w:t>
      </w:r>
    </w:p>
    <w:p xmlns:wp14="http://schemas.microsoft.com/office/word/2010/wordml" w:rsidRPr="005D1DE2" w:rsidR="00DA7816" w:rsidP="3B524DE8" w:rsidRDefault="00DA7816" w14:paraId="3FE9F23F" wp14:textId="77777777">
      <w:pPr>
        <w:jc w:val="center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</w:p>
    <w:p xmlns:wp14="http://schemas.microsoft.com/office/word/2010/wordml" w:rsidRPr="005D1DE2" w:rsidR="00DA7816" w:rsidP="3B524DE8" w:rsidRDefault="00DA7816" w14:paraId="1F72F646" wp14:textId="77777777">
      <w:pPr>
        <w:jc w:val="center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</w:p>
    <w:p xmlns:wp14="http://schemas.microsoft.com/office/word/2010/wordml" w:rsidRPr="005D1DE2" w:rsidR="00DA7816" w:rsidP="3B524DE8" w:rsidRDefault="001A1DAE" w14:paraId="1312248F" wp14:textId="77777777">
      <w:pPr>
        <w:jc w:val="both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 xml:space="preserve">Luogo e data __________________________       </w:t>
      </w:r>
    </w:p>
    <w:p xmlns:wp14="http://schemas.microsoft.com/office/word/2010/wordml" w:rsidRPr="005D1DE2" w:rsidR="00DA7816" w:rsidP="3B524DE8" w:rsidRDefault="00DA7816" w14:paraId="08CE6F91" wp14:textId="77777777">
      <w:pPr>
        <w:jc w:val="center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</w:p>
    <w:p xmlns:wp14="http://schemas.microsoft.com/office/word/2010/wordml" w:rsidR="00C9756C" w:rsidP="3B524DE8" w:rsidRDefault="001A1DAE" w14:paraId="29A87376" wp14:textId="77777777">
      <w:pPr>
        <w:ind w:left="4678"/>
        <w:jc w:val="center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 xml:space="preserve"> Il/La Legale Rappresentante / Delegato/a </w:t>
      </w:r>
    </w:p>
    <w:p xmlns:wp14="http://schemas.microsoft.com/office/word/2010/wordml" w:rsidRPr="005D1DE2" w:rsidR="00B06AE4" w:rsidP="3B524DE8" w:rsidRDefault="001A1DAE" w14:paraId="70D3CCD3" wp14:textId="77777777">
      <w:pPr>
        <w:ind w:left="4678"/>
        <w:jc w:val="center"/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</w:pPr>
      <w:r w:rsidRPr="3B524DE8" w:rsidR="001A1DAE">
        <w:rPr>
          <w:rFonts w:ascii="Calibri" w:hAnsi="Calibri" w:eastAsia="Calibri" w:cs="Calibri" w:asciiTheme="majorAscii" w:hAnsiTheme="majorAscii" w:eastAsiaTheme="majorAscii" w:cstheme="majorAscii"/>
          <w:noProof w:val="0"/>
          <w:sz w:val="24"/>
          <w:szCs w:val="24"/>
          <w:lang w:val="it-IT"/>
        </w:rPr>
        <w:t>________________________________</w:t>
      </w:r>
    </w:p>
    <w:sectPr w:rsidRPr="005D1DE2" w:rsidR="00B06AE4" w:rsidSect="00DA7816">
      <w:headerReference w:type="default" r:id="rId8"/>
      <w:footerReference w:type="default" r:id="rId9"/>
      <w:pgSz w:w="12240" w:h="15840" w:orient="portrait"/>
      <w:pgMar w:top="1701" w:right="1134" w:bottom="1418" w:left="1134" w:header="284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91167" w:rsidRDefault="00391167" w14:paraId="6BB9E253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391167" w:rsidRDefault="00391167" w14:paraId="23DE523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B06AE4" w:rsidRDefault="00B06AE4" w14:paraId="5043CB0F" wp14:textId="77777777">
    <w:pPr>
      <w:pStyle w:val="Pidipagina"/>
      <w:jc w:val="center"/>
    </w:pPr>
  </w:p>
  <w:p xmlns:wp14="http://schemas.microsoft.com/office/word/2010/wordml" w:rsidR="00B06AE4" w:rsidRDefault="001A1DAE" w14:paraId="0822D48C" wp14:textId="77777777">
    <w:pPr>
      <w:jc w:val="right"/>
    </w:pPr>
    <w:r>
      <w:rPr>
        <w:sz w:val="16"/>
      </w:rPr>
      <w:t xml:space="preserve">Pag.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 w:rsidR="00770157">
      <w:rPr>
        <w:noProof/>
        <w:sz w:val="16"/>
      </w:rPr>
      <w:t>3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91167" w:rsidRDefault="00391167" w14:paraId="52E5622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391167" w:rsidRDefault="00391167" w14:paraId="07547A01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 xmlns:wp14="http://schemas.microsoft.com/office/word/2010/wordml" w:rsidRPr="00DA7816" w:rsidR="00B06AE4" w:rsidP="00DA7816" w:rsidRDefault="00DA7816" w14:paraId="61CDCEAD" wp14:textId="77777777">
    <w:pPr>
      <w:pStyle w:val="Intestazione"/>
    </w:pPr>
    <w:r>
      <w:rPr>
        <w:noProof/>
        <w:lang w:val="it-IT" w:eastAsia="it-IT"/>
      </w:rPr>
      <w:drawing>
        <wp:inline xmlns:wp14="http://schemas.microsoft.com/office/word/2010/wordprocessingDrawing" distT="0" distB="0" distL="0" distR="0" wp14:anchorId="25D64887" wp14:editId="28A9358A">
          <wp:extent cx="6120000" cy="438200"/>
          <wp:effectExtent l="0" t="0" r="0" b="0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000" cy="438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proofState w:spelling="clean" w:grammar="dirty"/>
  <w:trackRevisions w:val="false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A1DAE"/>
    <w:rsid w:val="0029639D"/>
    <w:rsid w:val="00326F90"/>
    <w:rsid w:val="00391167"/>
    <w:rsid w:val="00443529"/>
    <w:rsid w:val="00551040"/>
    <w:rsid w:val="005D1DE2"/>
    <w:rsid w:val="006316E1"/>
    <w:rsid w:val="006663F4"/>
    <w:rsid w:val="006B55D6"/>
    <w:rsid w:val="00770157"/>
    <w:rsid w:val="007E1293"/>
    <w:rsid w:val="00AA1D8D"/>
    <w:rsid w:val="00B06AE4"/>
    <w:rsid w:val="00B47730"/>
    <w:rsid w:val="00C9756C"/>
    <w:rsid w:val="00CB0664"/>
    <w:rsid w:val="00CC16E0"/>
    <w:rsid w:val="00DA7816"/>
    <w:rsid w:val="00FC693F"/>
    <w:rsid w:val="0CEDCC43"/>
    <w:rsid w:val="10FE78E6"/>
    <w:rsid w:val="1188308A"/>
    <w:rsid w:val="15E72073"/>
    <w:rsid w:val="16E25D60"/>
    <w:rsid w:val="2A4B064F"/>
    <w:rsid w:val="32E8511C"/>
    <w:rsid w:val="34A9D8B1"/>
    <w:rsid w:val="360526CA"/>
    <w:rsid w:val="37C56531"/>
    <w:rsid w:val="3B524DE8"/>
    <w:rsid w:val="407E0B81"/>
    <w:rsid w:val="44E112F6"/>
    <w:rsid w:val="498C05F9"/>
    <w:rsid w:val="4BDBE8FA"/>
    <w:rsid w:val="54D093CF"/>
    <w:rsid w:val="557726F8"/>
    <w:rsid w:val="5AD782B6"/>
    <w:rsid w:val="64E04C74"/>
    <w:rsid w:val="6BDE31E0"/>
    <w:rsid w:val="6F00F75E"/>
    <w:rsid w:val="6F6C20F4"/>
    <w:rsid w:val="72136D19"/>
    <w:rsid w:val="753B4AF3"/>
    <w:rsid w:val="760BE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B3B7D2"/>
  <w15:docId w15:val="{4474F55F-3258-4AF9-9194-3EF1FA8670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e" w:default="1">
    <w:name w:val="Normal"/>
    <w:qFormat/>
    <w:rsid w:val="00FC693F"/>
    <w:pPr>
      <w:spacing w:after="80" w:line="252" w:lineRule="auto"/>
    </w:pPr>
    <w:rPr>
      <w:rFonts w:ascii="Arial" w:hAnsi="Arial"/>
      <w:color w:val="1F1F1F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160" w:after="100"/>
      <w:outlineLvl w:val="0"/>
    </w:pPr>
    <w:rPr>
      <w:rFonts w:asciiTheme="majorHAnsi" w:hAnsiTheme="majorHAnsi" w:eastAsiaTheme="majorEastAsia" w:cstheme="majorBidi"/>
      <w:b/>
      <w:bCs/>
      <w:color w:val="1F4E79"/>
      <w:sz w:val="24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160" w:after="100"/>
      <w:outlineLvl w:val="1"/>
    </w:pPr>
    <w:rPr>
      <w:rFonts w:asciiTheme="majorHAnsi" w:hAnsiTheme="majorHAnsi" w:eastAsiaTheme="majorEastAsia" w:cstheme="majorBidi"/>
      <w:b/>
      <w:bCs/>
      <w:color w:val="1F4E79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styleId="Titolo1Carattere" w:customStyle="1">
    <w:name w:val="Titolo 1 Carattere"/>
    <w:basedOn w:val="Carpredefinitoparagrafo"/>
    <w:link w:val="Titolo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itolo2Carattere" w:customStyle="1">
    <w:name w:val="Titolo 2 Carattere"/>
    <w:basedOn w:val="Carpredefinitoparagrafo"/>
    <w:link w:val="Titolo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itolo3Carattere" w:customStyle="1">
    <w:name w:val="Titolo 3 Carattere"/>
    <w:basedOn w:val="Carpredefinitoparagrafo"/>
    <w:link w:val="Titolo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color="4F81BD" w:themeColor="accent1" w:sz="8" w:space="4"/>
      </w:pBdr>
      <w:spacing w:before="160" w:after="100" w:line="240" w:lineRule="auto"/>
      <w:contextualSpacing/>
    </w:pPr>
    <w:rPr>
      <w:rFonts w:asciiTheme="majorHAnsi" w:hAnsiTheme="majorHAnsi" w:eastAsiaTheme="majorEastAsia" w:cstheme="majorBidi"/>
      <w:b/>
      <w:color w:val="1F4E79"/>
      <w:spacing w:val="5"/>
      <w:kern w:val="28"/>
      <w:sz w:val="32"/>
      <w:szCs w:val="52"/>
    </w:rPr>
  </w:style>
  <w:style w:type="character" w:styleId="TitoloCarattere" w:customStyle="1">
    <w:name w:val="Titolo Carattere"/>
    <w:basedOn w:val="Carpredefinitoparagrafo"/>
    <w:link w:val="Titolo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ottotitoloCarattere" w:customStyle="1">
    <w:name w:val="Sottotitolo Carattere"/>
    <w:basedOn w:val="Carpredefinitoparagrafo"/>
    <w:link w:val="Sottotitolo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styleId="CorpotestoCarattere" w:customStyle="1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styleId="Corpodeltesto2Carattere" w:customStyle="1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styleId="Corpodeltesto3Carattere" w:customStyle="1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stomacroCarattere" w:customStyle="1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styleId="CitazioneCarattere" w:customStyle="1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styleId="Titolo4Carattere" w:customStyle="1">
    <w:name w:val="Titolo 4 Carattere"/>
    <w:basedOn w:val="Carpredefinitoparagrafo"/>
    <w:link w:val="Titolo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itolo5Carattere" w:customStyle="1">
    <w:name w:val="Titolo 5 Carattere"/>
    <w:basedOn w:val="Carpredefinitoparagrafo"/>
    <w:link w:val="Titolo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Titolo6Carattere" w:customStyle="1">
    <w:name w:val="Titolo 6 Carattere"/>
    <w:basedOn w:val="Carpredefinitoparagrafo"/>
    <w:link w:val="Titolo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Titolo7Carattere" w:customStyle="1">
    <w:name w:val="Titolo 7 Carattere"/>
    <w:basedOn w:val="Carpredefinitoparagrafo"/>
    <w:link w:val="Titolo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itolo8Carattere" w:customStyle="1">
    <w:name w:val="Titolo 8 Carattere"/>
    <w:basedOn w:val="Carpredefinitoparagrafo"/>
    <w:link w:val="Titolo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itolo9Carattere" w:customStyle="1">
    <w:name w:val="Titolo 9 Carattere"/>
    <w:basedOn w:val="Carpredefinitoparagrafo"/>
    <w:link w:val="Titolo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zioneintensaCarattere" w:customStyle="1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ormHint" w:customStyle="1">
    <w:name w:val="Form Hint"/>
    <w:rPr>
      <w:rFonts w:ascii="Arial" w:hAnsi="Arial"/>
      <w:i/>
      <w:color w:val="6464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506BD68D00C6240965D1018BF7D5207" ma:contentTypeVersion="16" ma:contentTypeDescription="Creare un nuovo documento." ma:contentTypeScope="" ma:versionID="7690089a1f0a9fc0999e642eecb85f58">
  <xsd:schema xmlns:xsd="http://www.w3.org/2001/XMLSchema" xmlns:xs="http://www.w3.org/2001/XMLSchema" xmlns:p="http://schemas.microsoft.com/office/2006/metadata/properties" xmlns:ns2="c76dfb46-65f6-4250-a8d7-a754cfd3157e" xmlns:ns3="f0613196-1991-4232-b461-a36d35976bf2" targetNamespace="http://schemas.microsoft.com/office/2006/metadata/properties" ma:root="true" ma:fieldsID="d6999076ee155f9c18d02e0459f2aafa" ns2:_="" ns3:_="">
    <xsd:import namespace="c76dfb46-65f6-4250-a8d7-a754cfd3157e"/>
    <xsd:import namespace="f0613196-1991-4232-b461-a36d35976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6dfb46-65f6-4250-a8d7-a754cfd315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e259aace-db7d-4e79-911f-194f47b9ef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613196-1991-4232-b461-a36d35976bf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a59a1d9-ec88-4845-a7f8-fa46f58f09ba}" ma:internalName="TaxCatchAll" ma:showField="CatchAllData" ma:web="f0613196-1991-4232-b461-a36d35976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613196-1991-4232-b461-a36d35976bf2" xsi:nil="true"/>
    <lcf76f155ced4ddcb4097134ff3c332f xmlns="c76dfb46-65f6-4250-a8d7-a754cfd3157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8F0FCE-DA70-48FB-938B-3C3C9386D7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F06425-6E56-43AA-BFE2-8B07592F787F}"/>
</file>

<file path=customXml/itemProps3.xml><?xml version="1.0" encoding="utf-8"?>
<ds:datastoreItem xmlns:ds="http://schemas.openxmlformats.org/officeDocument/2006/customXml" ds:itemID="{8F54D63F-80D3-44DC-AC08-97DBBA264D00}"/>
</file>

<file path=customXml/itemProps4.xml><?xml version="1.0" encoding="utf-8"?>
<ds:datastoreItem xmlns:ds="http://schemas.openxmlformats.org/officeDocument/2006/customXml" ds:itemID="{CE5FEF29-1DD2-476B-B573-210082ED6E4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Santini Samanta</cp:lastModifiedBy>
  <cp:revision>14</cp:revision>
  <dcterms:created xsi:type="dcterms:W3CDTF">2026-10-07T13:00:00Z</dcterms:created>
  <dcterms:modified xsi:type="dcterms:W3CDTF">2026-10-21T09:00:19Z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0x010100D506BD68D00C6240965D1018BF7D5207</vt:lpwstr>
  </property>
  <property fmtid="{D5CDD505-2E9C-101B-9397-08002B2CF9AE}" pid="3" name="MediaServiceImageTags">
    <vt:lpwstr/>
  </property>
</Properties>
</file>